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ANEKS NR ...... DO UMOWY O ROBOTY BUDOWLANE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zmiana terminu, zakresu lub wynagrodzenia (art. 77 § 1 i art. 648 § 1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Zawarty w dniu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lub CEIDG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podstawa umocowania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lub CEIDG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podstawa umocowania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Umowa, której dotyczy aneks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 zawarcia, przedmiot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Wcześniejsze aneksy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numery i daty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Przyczyna zmiany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dodatkowe lub zamienne (protokół konieczności nr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terminu z przyczyn: 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dokumentacji projektowej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podwykonawcy lub zakresu robót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waloryzacja wynagrodzenia na podstawie § ........ umowy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inna: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Zmiany w umowie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3551"/>
        <w:gridCol w:w="3650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Postanowienie umowy (§, ust.)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Dotychczasowe brzmienie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Nowe brzmienie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  <w:tc>
          <w:tcPr>
            <w:tcW w:type="dxa" w:w="365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Wynagrodzenie i terminy po zmianie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przed aneksem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netto, VAT, brutto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Zmiana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+ / − kwota netto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po aneksie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netto, VAT, brutto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ryczałtowe / kosztorysowe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 przed aneksem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 po aneksie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Postanowienia końcowe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1. Pozostałe postanowienia umowy pozostają bez zmian.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2. Aneks wchodzi w życie z dniem podpisania przez obie strony, chyba że strony wskażą inną datę: 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3. Jeżeli aneks zmienia zakres robót wykonywanych przez podwykonawcę, wykonawca zgłosi inwestorowi na piśmie szczegółowy przedmiot zmienionych robót przed przystąpieniem do ich wykonywania (art. 647¹ § 1 i § 4 KC), o ile nie wynika on z umowy inwestora z wykonawcą zawartej w formie pisemnej pod rygorem nieważności (art. 647¹ § 2 KC).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4. Aneks sporządzono w dwóch jednobrzmiących egzemplarzach, po jednym dla każdej strony, albo w postaci elektronicznej opatrzonej kwalifikowanymi podpisami elektronicznymi.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załącznik: protokół konieczności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załącznik: kosztorys lub wycena zmian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załącznik: harmonogram po zmianie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załącznik: zmieniona dokumentacja projektowa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Zmiana umowy wymaga zachowania takiej formy, jaką ustawa lub strony przewidziały dla jej zawarcia (art. 77 § 1 KC). Umowa o roboty budowlane powinna być stwierdzona pismem (art. 648 § 1 KC). Jeżeli umowa przewiduje dla zmian formę pisemną pod rygorem nieważności, aneks w innej formie jest nieważny.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...... Do Umowy O Roboty Budowlane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