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DZIEŃ WOLNY ZA PRACĘ W DNIU WOLNYM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sobota wolna z rozkładu (art. 151³ KP), niedziela i święto (art. 151¹¹ KP): wniosek albo wyznaczenie terminu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rozliczeniowy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Pracownik i praca w dniu wolnym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Stanowisko, brygada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od–do, liczba godzin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Pracę zlecił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sobota lub inny dzień wolny z rozkładu w przeciętnie pięciodniowym tygodniu pracy (art. 151³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niedziela (art. 151¹¹ § 1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święto (art. 151¹¹ § 1 pkt 2 KP); święto w niedzielę jak niedziela (§ 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Przyczyna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akcja ratownicza w celu ochrony życia lub zdrowia ludzkiego, ochrony mienia lub środowiska albo usunięcie awarii (art. 151 § 1 pkt 1, art. 151¹⁰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szczególne potrzeby pracodawcy, tylko przy sobocie (art. 151 § 1 pkt 2 KP):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niedziela lub święto: inny przypadek z art. 151¹⁰ KP, pkt ........: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3A. Wniosek pracownika o termin dnia wolnego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zamian za pracę w dniu .................... proszę o udzielenie dnia wolnego od pracy w dniu .................... (do końca okresu rozliczeniowego, art. 151³ KP).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Pracodawca: termin uzgodniony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3B. Wyznaczenie dnia wolnego przez pracodawcę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zamian za pracę w dniu .................... udzielam dnia wolnego od pracy w dniu 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 sobotę: do końca okresu rozliczeniowego, w terminie uzgodnionym z pracownikiem (art. 151³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 niedzielę: w ciągu 6 dni kalendarzowych przed albo po tej niedzieli (art. 151¹¹ § 1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 niedzielę, gdy 6 dni nie wystarcza: do końca okresu rozliczeniowego (art. 151¹¹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 święto: w ciągu okresu rozliczeniowego (art. 151¹¹ § 1 pkt 2 KP)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Pracownik: przyjąłem / termin uzgodniony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Zestawienie dla brygady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1183"/>
        <w:gridCol w:w="1183"/>
        <w:gridCol w:w="1479"/>
        <w:gridCol w:w="1479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pracy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 od–do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Dzień wolny w dniu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Wniosek / wyznaczenie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pracownika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466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Wykorzystanie i ewidencja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Dzień wolny wykorzystano w dniu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Wpisano do ewidencji czasu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kod,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dnia wolnego za sobotę nie udzielono do końca okresu: dodatek 100% za godziny ponad przeciętną tygodniową normę, bez godzin z dodatkiem za nadgodziny dobowe (art. 151¹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niedziela lub święto bez dnia wolnego: dodatek 100% za każdą godzinę pracy w tym dniu (art. 151¹¹ § 2–3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godziny ponad normę dobową: dodatek 50% albo czas wolny (art. 151¹ § 1 pkt 2, art. 151² KP); w nocy oraz w niedzielę i święto niebędące dniem pracy: 100% (art. 151¹ §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pracujący w niedziele: wolna niedziela co najmniej raz na 4 tygodnie (art. 151¹² KP)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robót / brygadzista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Kadry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Pracownikowi, który ze względu na okoliczności przewidziane w art. 151 § 1 KP wykonywał pracę w dniu wolnym od pracy wynikającym z rozkładu czasu pracy w przeciętnie pięciodniowym tygodniu pracy, przysługuje w zamian inny dzień wolny od pracy udzielony do końca okresu rozliczeniowego, w terminie z nim uzgodnionym (art. 151³ KP). Za pracę w niedzielę pracodawca zapewnia inny dzień wolny w okresie 6 dni kalendarzowych poprzedzających lub następujących po takiej niedzieli, a za pracę w święto w ciągu okresu rozliczeniowego (art. 151¹¹ § 1 KP). Za pracę w niedzielę i święto uważa się pracę między godziną 6:00 w tym dniu a 6:00 w następnym dniu, chyba że u pracodawcy ustalono inną godzinę (art. 151⁹ § 2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Wolny Za Pracę W Dniu Wolnym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