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DZIENNIK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 postaci papierowej (art. 47c ust. 1 pkt 1 Prawa budowlanego), rozporządzenie z 22 grudnia 2022 r. w sprawie dziennika budowy oraz systemu EDB (Dz.U. 2023 poz. 45)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Strona tytułowa (§ 3 rozporządzenia, wypełnia organ wydający dziennik)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dziennika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dziennika budowy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Tom nr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tylko przy kolejnym tomie (§ 3 ust.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stron dziennika albo tomu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budowlany albo rodzaj wykonywanych robót budowlanych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budowlanego albo miejsca wykonywania robót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albo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wydania decyzji albo numer i data wpływu zgłoszenia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wydający dziennik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47g ust. 2 Prawa budowlanego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Pieczęć i podpis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 ostemplowuje każdą stronę (§ 5 pkt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Pouczenie o sposobie prowadzenia dziennika budowy i odpowiedzialności (§ 3 ust. 1 pkt 9)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Dziennik budowy jest urzędowym dokumentem przeznaczonym do rejestrowania przebiegu robót budowlanych oraz zdarzeń i okoliczności, które mają znaczenie przy ocenie technicznej prawidłowości ich wykonywania (art. 47a ust. 1 Prawa budowlanego). Za prowadzenie dziennika odpowiada kierownik budowy (art. 47d).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2. Wpisów dokonują uczestnicy procesu budowlanego, geodeta uprawniony wykonujący czynności geodezyjne na terenie budowy oraz upoważnieni pracownicy organów nadzoru budowlanego i innych organów kontroli w ramach czynności kontrolnych (art. 47e ust. 1).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3. Wpisy zamieszcza się w porządku chronologicznym, w sposób trwały i czytelny, uniemożliwiający późniejsze uzupełnienia (§ 6 i § 8). Poprawkę wprowadza się kolejnym wpisem z właściwą treścią i uzasadnieniem zmiany (§ 7). Każdy wpis ma datę, imię i nazwisko osoby, jej funkcję w procesie budowlanym albo nazwę organu i funkcję w organie oraz podpis (§ 9).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Przed rozpoczęciem robót inwestor wpisuje kierownika budowy oraz, jeżeli ich powołał, inspektora nadzoru inwestorskiego i projektanta sprawującego nadzór autorski. Kierownika robót wpisuje inwestor albo kierownik budowy. Osoba przyjmująca funkcję potwierdza to wpisem i wskazuje numer uprawnień budowlanych (§ 10). Kierownik budowy potwierdza wpisem otrzymanie zatwierdzonego projektu budowlanego oraz projektu technicznego, jeżeli jest wymagany (art. 45a ust. 1 pkt 2).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5. Protokoły wpisuje się do dziennika albo sporządza na oddzielnych arkuszach, które dołącza się do dziennika lub zbiera w oddzielnym zbiorze, o czym dokonuje się wpisu (§ 15). Kontynuację w kolejnym tomie i zamknięcie dziennika kierownik budowy stwierdza wpisem (§ 14, art. 47l ust. 1).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6. Kto przystępuje do budowy lub prowadzi roboty budowlane bez dopełnienia wymagań określonych w art. 41 ust. 4, art. 42, art. 44, art. 45 i art. 45a Prawa budowlanego, podlega karze grzywny (art. 93 pkt 4).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Forma (§ 4 rozporządzenia z 22 grudnia 2022 r., Dz.U. 2023 poz. 45): format A4, strony ponumerowane, karty numerowane z obu stron, dziennik zabezpieczony przed zdekompletowaniem. Ten wzór ma 20 ponumerowanych stron. Wydrukuj go dwustronnie (10 kart), trwale zszyj albo opraw i przedłóż organowi do ostemplowania (art. 47h ust. 1 pkt 1 Prawa budowlanego). Stronę tytułową zostaw pustą dla organu (§ 3 ust.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przed rozpoczęciem robót (§ 10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071"/>
        <w:gridCol w:w="3058"/>
        <w:gridCol w:w="3058"/>
        <w:gridCol w:w="1677"/>
      </w:tblGrid>
      <w:tr>
        <w:trPr>
          <w:cantSplit/>
        </w:trPr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305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Powierzenie funkcji: imię i nazwisko osoby, data, podpis powierzającego</w:t>
            </w:r>
          </w:p>
        </w:tc>
        <w:tc>
          <w:tcPr>
            <w:tcW w:type="dxa" w:w="305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Przyjęcie funkcji: nr uprawnień budowlanych, data, podpis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 inwestorskiego (jeżeli powołany)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Projektant sprawujący nadzór autorski (jeżeli powołany)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robót: ..................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robót: ..................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robót: ..................</w:t>
            </w:r>
          </w:p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2071"/>
          </w:tcPr>
          <w:p/>
        </w:tc>
        <w:tc>
          <w:tcPr>
            <w:tcW w:type="dxa" w:w="3058"/>
          </w:tcPr>
          <w:p/>
        </w:tc>
        <w:tc>
          <w:tcPr>
            <w:tcW w:type="dxa" w:w="3058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otrzymania projektu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kierownik budowy: zatwierdzony projekt budowlany oraz projekt techniczny, jeżeli wymagany (art. 45a ust. 1 pkt 2); data, podpis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Kopie uprawnień budowlanych dołączone do dziennika (art. 47f)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663"/>
        <w:gridCol w:w="2269"/>
        <w:gridCol w:w="434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uprawnień albo wpis w centralnym rejestrze (wtedy kopia zbędna, art. 47f ust. 2)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663"/>
          </w:tcPr>
          <w:p/>
        </w:tc>
        <w:tc>
          <w:tcPr>
            <w:tcW w:type="dxa" w:w="2269"/>
          </w:tcPr>
          <w:p/>
        </w:tc>
        <w:tc>
          <w:tcPr>
            <w:tcW w:type="dxa" w:w="434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663"/>
          </w:tcPr>
          <w:p/>
        </w:tc>
        <w:tc>
          <w:tcPr>
            <w:tcW w:type="dxa" w:w="2269"/>
          </w:tcPr>
          <w:p/>
        </w:tc>
        <w:tc>
          <w:tcPr>
            <w:tcW w:type="dxa" w:w="434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663"/>
          </w:tcPr>
          <w:p/>
        </w:tc>
        <w:tc>
          <w:tcPr>
            <w:tcW w:type="dxa" w:w="2269"/>
          </w:tcPr>
          <w:p/>
        </w:tc>
        <w:tc>
          <w:tcPr>
            <w:tcW w:type="dxa" w:w="434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663"/>
          </w:tcPr>
          <w:p/>
        </w:tc>
        <w:tc>
          <w:tcPr>
            <w:tcW w:type="dxa" w:w="2269"/>
          </w:tcPr>
          <w:p/>
        </w:tc>
        <w:tc>
          <w:tcPr>
            <w:tcW w:type="dxa" w:w="434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663"/>
          </w:tcPr>
          <w:p/>
        </w:tc>
        <w:tc>
          <w:tcPr>
            <w:tcW w:type="dxa" w:w="2269"/>
          </w:tcPr>
          <w:p/>
        </w:tc>
        <w:tc>
          <w:tcPr>
            <w:tcW w:type="dxa" w:w="434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Zbiór protokołów (§ 15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sporządzane na oddzielnych arkuszach są dołączane do dziennika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są prowadzone w oddzielnym zbiorze, miejsce przechowywania: ............................................ (wpis z dnia ..............)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Zmiana osoby w trakcie robót: osoba kończąca funkcję wpisuje stan zaawansowania i zabezpieczenia robót, a następca potwierdza przyjęcie funkcji i podaje numer uprawnień. Gdy wpis osoby odchodzącej nie jest możliwy, wpisu dokonuje tylko następca i wskazuje przyczynę (§ 11). Takie wpisy robi się na kolejnych stronach dziennika.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(§ 6–9 rozporządzenia)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5524"/>
        <w:gridCol w:w="1874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wpisu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funkcja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5524"/>
          </w:tcPr>
          <w:p/>
        </w:tc>
        <w:tc>
          <w:tcPr>
            <w:tcW w:type="dxa" w:w="1874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Dziennik budowy nr ............................   tom ........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Dziennik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