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DZIENNIK KONSERWACJI URZĄDZENIA TRANSPORTU BLISKIEGO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7 ust. 2 i § 9 ust. 1 pkt 5 rozporządzenia z 30 października 2018 r. (Dz.U. 2018 poz. 2176)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Urządzenie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UTB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wózek z wysięgnikiem, podest ruchomy przejezdny, żuraw wieżowy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Producent, typ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fabryczny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ewidencyjny UDT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Rok budowy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Udźwig / parametry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przeglądu konserwacyjnego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instrukcji eksploatacji albo zał. nr 2 do rozp.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eksploatacji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Eksploatujący i konserwujący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Eksploatujący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adres, osoba odpowiedzialna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założenia dziennika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Konserwujący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/ 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zaświadczenia kwalifikacyjnego konserwującego, ważne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Eksploatujący zapewnia właściwą obsługę i konserwację UTB, zakłada i przechowuje dziennik konserwacji oddzielnie dla każdego UTB; dziennik prowadzi konserwujący i może on mieć formę elektroniczną (§ 7 ust. 1–3).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Terminy przeglądów konserwacyjnych (zał. nr 2, gdy instrukcja eksploatacji nie stanowi inaczej)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906"/>
        <w:gridCol w:w="2959"/>
      </w:tblGrid>
      <w:tr>
        <w:trPr>
          <w:cantSplit/>
        </w:trPr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</w:tr>
      <w:tr>
        <w:trPr>
          <w:trHeight w:val="481" w:hRule="atLeast"/>
          <w:cantSplit/>
        </w:trPr>
        <w:tc>
          <w:tcPr>
            <w:tcW w:type="dxa" w:w="690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Żurawie wieżowe, samojezdne, przewoźne szybkomontujące, szynowe: co 30 dni</w:t>
            </w:r>
          </w:p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690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Żurawie przenośne (np. HDS), przewoźne inne, stacjonarne: co 60 dni</w:t>
            </w:r>
          </w:p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690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Podesty ruchome przejezdne, wiszące, masztowe: co 30 dni</w:t>
            </w:r>
          </w:p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690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Dźwigi budowlane towarowe i towarowo-osobowe: co 30 dni</w:t>
            </w:r>
          </w:p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690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Wyciągi towarowe: co 90 dni</w:t>
            </w:r>
          </w:p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690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Wózki podnośnikowe z wysięgnikiem, z osobą podnoszoną, podestowe lub z siedziskiem: co 30 dni</w:t>
            </w:r>
          </w:p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Pomiary elektryczne (§ 6)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4340"/>
        <w:gridCol w:w="1381"/>
        <w:gridCol w:w="1775"/>
        <w:gridCol w:w="986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pomiaru: izolacja / uziemienia / ochrona przeciwporażeniowa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Wykonał, nr uprawnień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Dla urządzeń pracujących na otwartym powietrzu, służących do przemieszczania osób i w innych warunkach z § 6 ust. 1 pkt 1 lit. a i pkt 2 lit. a pomiary wykonuje się nie rzadziej niż raz w roku, dla pozostałych raz na dwa lata, a także po zmianach w instalacji i przy pogorszeniu stanu izolacji lub uziemień (§ 6 ust. 1 i 2). Wykonanie pomiarów odnotowuje się w dzienniku konserwacji (§ 6 ust. 3).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Wpisy konserwującego (§ 9 ust. 1 pkt 5)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1085"/>
        <w:gridCol w:w="1973"/>
        <w:gridCol w:w="2959"/>
        <w:gridCol w:w="1775"/>
        <w:gridCol w:w="986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Licznik mth / cykle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Rodzaj: przegląd / roczny / usterka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i wynik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Konserwujący, nr zaświadczenia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Przegląd konserwacyjny obejmuje w szczególności stan mechanizmów napędowych, układów hamulcowych, cięgien nośnych i ich zamocowań, działanie urządzeń zabezpieczających i ograniczników, urządzeń sterujących, sygnalizacyjnych i oświetleniowych oraz prawidłowość obsługi (§ 9 ust. 1 pkt 2). Nie rzadziej niż raz na 12 miesięcy, jeżeli instrukcja eksploatacji nie stanowi inaczej, przegląda się konstrukcję nośną, tor jezdny i instalację ochrony przeciwporażeniowej (§ 9 ust. 1 pkt 3).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Wyłączenie z eksploatacji (§ 9 ust. 1 pkt 6)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3946"/>
        <w:gridCol w:w="2565"/>
        <w:gridCol w:w="2170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Nieprawidłowość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Powiadomiono eksploatującego (kto, kiedy)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Ponowne dopuszczenie: data, 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3946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3946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3946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Dziennik Konserwacji Urządzenia Transportu Bliskiego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