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HARMONOGRAM (ROZKŁAD) CZASU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rozkład czasu pracy brygady na okres rozliczeniowy (art. 129 § 3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Brygada / zespół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Sporządził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Okres i system czasu pracy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rozliczeniowy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od–do (art. 129 § 1 KP)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Harmonogram obejmuje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od–do, co najmniej 1 miesiąc (art. 129 § 3)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System czasu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podstawowy / równoważny do 12 godz. (art. 135)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Podstawa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regulamin pracy / obwieszczenie (art. 150 § 1)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Wymiar czasu pracy w okresie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godziny (art. 130 § 1–2)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Liczba dni wolnych w okresie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art. 147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Legenda kodów zmian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551"/>
        <w:gridCol w:w="2367"/>
        <w:gridCol w:w="1381"/>
        <w:gridCol w:w="2565"/>
      </w:tblGrid>
      <w:tr>
        <w:trPr>
          <w:cantSplit/>
        </w:trPr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Kod i znaczenie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Godziny od–do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godzin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A: zmiana ................</w:t>
            </w:r>
          </w:p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B: zmiana ................</w:t>
            </w:r>
          </w:p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C: zmiana ................</w:t>
            </w:r>
          </w:p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W: dzień wolny (pięciodniowy tydzień)</w:t>
            </w:r>
          </w:p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 / Ś: niedziela / święto</w:t>
            </w:r>
          </w:p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3551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DW: dzień wolny za pracę w dniu wolnym</w:t>
            </w:r>
          </w:p>
        </w:tc>
        <w:tc>
          <w:tcPr>
            <w:tcW w:type="dxa" w:w="2367"/>
          </w:tcPr>
          <w:p/>
        </w:tc>
        <w:tc>
          <w:tcPr>
            <w:tcW w:type="dxa" w:w="1381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Rozkład: dni 1–16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97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>
        <w:trPr>
          <w:cantSplit/>
        </w:trPr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Pracownik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3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4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5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6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7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8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9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10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11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12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13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14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15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16</w:t>
            </w:r>
          </w:p>
        </w:tc>
      </w:tr>
      <w:tr>
        <w:trPr>
          <w:trHeight w:val="481" w:hRule="atLeast"/>
          <w:cantSplit/>
        </w:trPr>
        <w:tc>
          <w:tcPr>
            <w:tcW w:type="dxa" w:w="197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dzień tygodnia</w:t>
            </w:r>
          </w:p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</w:tr>
      <w:tr>
        <w:trPr>
          <w:trHeight w:val="481" w:hRule="atLeast"/>
          <w:cantSplit/>
        </w:trPr>
        <w:tc>
          <w:tcPr>
            <w:tcW w:type="dxa" w:w="197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</w:tr>
      <w:tr>
        <w:trPr>
          <w:trHeight w:val="481" w:hRule="atLeast"/>
          <w:cantSplit/>
        </w:trPr>
        <w:tc>
          <w:tcPr>
            <w:tcW w:type="dxa" w:w="197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</w:tr>
      <w:tr>
        <w:trPr>
          <w:trHeight w:val="481" w:hRule="atLeast"/>
          <w:cantSplit/>
        </w:trPr>
        <w:tc>
          <w:tcPr>
            <w:tcW w:type="dxa" w:w="197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</w:tr>
      <w:tr>
        <w:trPr>
          <w:trHeight w:val="481" w:hRule="atLeast"/>
          <w:cantSplit/>
        </w:trPr>
        <w:tc>
          <w:tcPr>
            <w:tcW w:type="dxa" w:w="197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</w:tr>
      <w:tr>
        <w:trPr>
          <w:trHeight w:val="481" w:hRule="atLeast"/>
          <w:cantSplit/>
        </w:trPr>
        <w:tc>
          <w:tcPr>
            <w:tcW w:type="dxa" w:w="197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</w:tr>
      <w:tr>
        <w:trPr>
          <w:trHeight w:val="481" w:hRule="atLeast"/>
          <w:cantSplit/>
        </w:trPr>
        <w:tc>
          <w:tcPr>
            <w:tcW w:type="dxa" w:w="197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</w:tr>
      <w:tr>
        <w:trPr>
          <w:trHeight w:val="481" w:hRule="atLeast"/>
          <w:cantSplit/>
        </w:trPr>
        <w:tc>
          <w:tcPr>
            <w:tcW w:type="dxa" w:w="197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</w:tr>
      <w:tr>
        <w:trPr>
          <w:trHeight w:val="481" w:hRule="atLeast"/>
          <w:cantSplit/>
        </w:trPr>
        <w:tc>
          <w:tcPr>
            <w:tcW w:type="dxa" w:w="197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Rozkład: dni 17–31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677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789"/>
      </w:tblGrid>
      <w:tr>
        <w:trPr>
          <w:cantSplit/>
        </w:trPr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Pracownik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17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18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19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20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21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22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23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24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25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26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27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28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29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30</w:t>
            </w:r>
          </w:p>
        </w:tc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31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Suma godz.</w:t>
            </w:r>
          </w:p>
        </w:tc>
      </w:tr>
      <w:tr>
        <w:trPr>
          <w:trHeight w:val="481" w:hRule="atLeast"/>
          <w:cantSplit/>
        </w:trPr>
        <w:tc>
          <w:tcPr>
            <w:tcW w:type="dxa" w:w="1677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dzień tygodnia</w:t>
            </w:r>
          </w:p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789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789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789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789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789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789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789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789"/>
          </w:tcPr>
          <w:p/>
        </w:tc>
      </w:tr>
      <w:tr>
        <w:trPr>
          <w:trHeight w:val="481" w:hRule="atLeast"/>
          <w:cantSplit/>
        </w:trPr>
        <w:tc>
          <w:tcPr>
            <w:tcW w:type="dxa" w:w="1677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493"/>
          </w:tcPr>
          <w:p/>
        </w:tc>
        <w:tc>
          <w:tcPr>
            <w:tcW w:type="dxa" w:w="78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Kontrola przed przekazaniem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suma godzin każdego pracownika równa wymiarowi w okresie (art. 130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co najmniej 11 godzin nieprzerwanego odpoczynku w każdej dobie (art. 132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co najmniej 35 godzin nieprzerwanego odpoczynku w każdym tygodniu (art. 133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doba liczona od godziny rozpoczęcia pracy według rozkładu (art. 128 § 3 pkt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pracownice w ciąży, opiekunowie dziecka do 4 lat bez zgody, stanowiska z przekroczeniem NDS/NDN: do 8 godzin (art. 148 KP)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Przekazanie rozkładu (co najmniej 1 tydzień przed, art. 129 § 3 KP)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551"/>
        <w:gridCol w:w="2170"/>
        <w:gridCol w:w="355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Pracownik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przekazania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 pracownika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551"/>
          </w:tcPr>
          <w:p/>
        </w:tc>
        <w:tc>
          <w:tcPr>
            <w:tcW w:type="dxa" w:w="2170"/>
          </w:tcPr>
          <w:p/>
        </w:tc>
        <w:tc>
          <w:tcPr>
            <w:tcW w:type="dxa" w:w="355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Pracodawca lub osoba upoważniona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Czas pracy nie może przekraczać 8 godzin na dobę i przeciętnie 40 godzin w przeciętnie pięciodniowym tygodniu pracy w przyjętym okresie rozliczeniowym nieprzekraczającym 4 miesięcy, z zastrzeżeniem art. 135–138, 143 i 144 (art. 129 § 1 KP). Rozkład czasu pracy może być sporządzony w postaci papierowej lub elektronicznej na okres krótszy niż okres rozliczeniowy, obejmujący jednak co najmniej 1 miesiąc; pracodawca przekazuje go pracownikowi co najmniej na 1 tydzień przed rozpoczęciem pracy w okresie, na który został sporządzony (art. 129 § 3 KP). Tydzień to 7 kolejnych dni od pierwszego dnia okresu rozliczeniowego (art. 128 § 3 pkt 2 KP).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(Rozkład) Czasu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