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INFORMACJA O WARUNKACH ZATRUDNIENIA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art. 29 § 3 Kodeksu pracy (t.j. Dz.U. 2026 poz. 1245)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 siedziby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 i miejsce wykonywania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umowy i data jej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dopuszczenia do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Postać informacji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papierowa albo elektroniczna (art. 29 § 3, 3⁴)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Przekazać informację z pkt 1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7 dni od dopuszczenia do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Przekazać informację z pkt 2 do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30 dni od dopuszczenia do pracy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Informacja w terminie 7 dni od dopuszczenia do pracy (art. 29 § 3 pkt 1)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 punktach a–f, h–k oraz w informacji z pkt 2 zamiast treści można wskazać odpowiednie przepisy prawa pracy i prawa ubezpieczeń społecznych (art. 29 § 3¹). Punkty g, l i m wymagają podania treści.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143"/>
        <w:gridCol w:w="5722"/>
      </w:tblGrid>
      <w:tr>
        <w:trPr>
          <w:cantSplit/>
        </w:trPr>
        <w:tc>
          <w:tcPr>
            <w:tcW w:type="dxa" w:w="414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informacji</w:t>
            </w:r>
          </w:p>
        </w:tc>
        <w:tc>
          <w:tcPr>
            <w:tcW w:type="dxa" w:w="572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Treść albo wskazanie przepisów (§ 3¹)</w:t>
            </w:r>
          </w:p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a) dobowa i tygodniowa norma czasu pracy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b) dobowy i tygodniowy wymiar czasu pracy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c) przysługujące przerwy w pracy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d) dobowy i tygodniowy odpoczynek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e) praca w godzinach nadliczbowych i rekompensata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f) praca zmianowa: przechodzenie ze zmiany na zmianę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g) kilka miejsc pracy: przemieszczanie się między nimi (treść)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h) inne składniki wynagrodzenia i świadczenia niż w umowie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i) wymiar płatnego urlopu albo zasady jego ustalania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j) rozwiązanie stosunku pracy: wymogi formalne, okresy wypowiedzenia, termin odwołania do sądu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k) prawo do szkoleń, ogólne zasady polityki szkoleniowej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l) układ zbiorowy lub porozumienie zbiorowe (treść)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m) brak regulaminu pracy: wypłata, pora nocna, potwierdzanie obecności i usprawiedliwianie nieobecności (treść)</w:t>
            </w:r>
          </w:p>
        </w:tc>
        <w:tc>
          <w:tcPr>
            <w:tcW w:type="dxa" w:w="572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Informacja w terminie 30 dni od dopuszczenia do pracy (art. 29 § 3 pkt 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Instytucje zabezpieczenia społecznego, do których wpływają składki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Ochrona związana z zabezpieczeniem społecznym zapewniana przez pracodawcę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Pracownik sam wybrał instytucję zabezpieczenia społecznego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tak: informacja nie jest wymagana / 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przekazania informacji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Wyjazd za granicę na okres przekraczający 4 kolejne tygodnie (art. 29¹ § 2)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Wypełnij tylko przy wyjeździe do pracy lub na zadanie służbowe poza granicami kraju. Informację przekazuje się przed wyjazdem, niezależnie od informacji z art. 29 § 3. Walutę wynagrodzenia można wskazać przez przepisy prawa pracy (art. 29¹ § 3).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Państwo lub państwa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pkt 1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Przewidywany czas trwania pracy lub zadania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pkt 2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Waluta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pkt 3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Świadczenia pieniężne i rzeczowe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pkt 4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Zapewnienie albo brak zapewnienia powrotu do kraju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pkt 5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Warunki powrotu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pkt 6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Zmiana warunków zatrudnienia (art. 29 § 3² i 3³)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3749"/>
        <w:gridCol w:w="1775"/>
        <w:gridCol w:w="1381"/>
        <w:gridCol w:w="1578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zmiany</w:t>
            </w:r>
          </w:p>
        </w:tc>
        <w:tc>
          <w:tcPr>
            <w:tcW w:type="dxa" w:w="374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Czego dotyczy zmiana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przekazania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Sposób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pracodawcy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3749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3749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3749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Zmianę adresu siedziby pracodawcy przekazuje się w 7 dni od zmiany (§ 3²). Zmianę warunków zatrudnienia z § 3 oraz objęcie układem zbiorowym lub porozumieniem zbiorowym przekazuje się niezwłocznie, najpóźniej w dniu, w którym zmiana ma zastosowanie do pracownika (§ 3³). Nie dotyczy to zmiany wynikającej ze zmiany przepisów prawa pracy i ubezpieczeń społecznych, jeśli przepisy te wskazano w informacji. Zmiana warunków umowy o pracę wymaga formy pisemnej (art. 29 § 4).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Potwierdzenie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Informację przekazał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sposób przekazania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papier, e-mail, system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Dowód przekazania lub otrzymania przy formie elektronicznej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informacja dostępna do wydruku i przechowywania (art. 29 § 3⁴)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Pracownik: otrzymałem informację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Potwierdzenie poinformowania pracownika o warunkach zatrudnienia i o ich zmianie włącza się do części B akt osobowych (§ 3 pkt 2 lit. f rozporządzenia w sprawie dokumentacji pracowniczej).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Warunkach Zatrudnienia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