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BEZPIECZEŃSTWA PRAC TRANSPORTOWYCH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2 pkt 4 i § 5 rozporządzenia o wózkach jezdniowych (Dz.U. 2020 poz. 852), § 2 pkt 6 i § 5 rozporządzenia o żurawiach wieżowych (Dz.U. 2018 poz. 2147)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organizator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Kierujący pracami transportowymi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Zastępca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Urządzenia transportowe na budowie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2565"/>
        <w:gridCol w:w="1183"/>
        <w:gridCol w:w="1973"/>
        <w:gridCol w:w="1578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Typ / nr ewidencyjny / nr UDT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Udźwig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(właściciel)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Operator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wózki jezdniowe podnośnikowe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ładowarki teleskopowe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żuraw wieżowy / szybkomontujący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HDS i żurawie dostawców (rozładunek)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dźwig budowlany towarowy, wyciągi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Osoby i zadania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5327"/>
        <w:gridCol w:w="1973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Zadania i obowiązki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Wyróżnik na budowie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Kierujący transportem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Operator wózka / ładowarki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Operator żurawia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Sygnalista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Hakowy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Odbierający ładunek</w:t>
            </w:r>
          </w:p>
        </w:tc>
        <w:tc>
          <w:tcPr>
            <w:tcW w:type="dxa" w:w="5327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Jedna osoba nie może jednocześnie wykonywać czynności operatora żurawia, sygnalisty lub hakowego (§ 6 rozp. o żurawiach wieżowych). Sygnalista i hakowy noszą odzież lub wyposażenie widoczne z kabiny i odróżniające ich od innych pracowników (§ 10).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Trasy i dopuszczalne prędkości (§ 8 ust. 1 rozp. o wózkach)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1381"/>
        <w:gridCol w:w="1775"/>
        <w:gridCol w:w="3354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Odcinek trasy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Prędkość max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Szerokość / nachylenie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 (ruch pieszy, widoczność)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Drogi dla wózków bezszynowych: nachylenie najwyżej 5% (§ 14 rozp. o robotach budowlanych). Organizator pracy zapobiega wtargnięciu osób na teren pracy wózków, a gdy to niemożliwe, stosuje inne środki ochrony (§ 8 ust. 2 i 3). Plan placu z trasami dołącz jako załącznik.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Miejsca rozładunku, składowania i strefy niebezpieczne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1973"/>
        <w:gridCol w:w="2959"/>
        <w:gridCol w:w="1973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Strefa niebezpieczna / oznakowanie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Odpowiada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ładunku nie przenosi się nad ludźmi ani nad kabiną z kierowcą; kierowca opuszcza kabinę (§ 29 i 92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przenoszony żurawiem przemieszcza się poziomo co najmniej 1 m nad przeszkodami (§ 91)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odległości od napowietrznych linii energetycznych według § 55 rozp. o robotach budowlanych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żurawiu wieżowym: praca w warunkach kolizyjnych i ładunek kilkoma żurawiami tylko według osobnych instrukcji (§ 16 i 17)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Ładunki i prace szczególne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2565"/>
        <w:gridCol w:w="3946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Ładunek / praca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Zagrożenie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Nadzór / pisemne polecenie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Prace wózkiem stwarzające szczególne zagrożenie wykonuje się na pisemne polecenie z numerem, osobami odpowiedzialnymi, zakresem i miejscem, środkami ochrony i terminem; polecenie przechowuje się co najmniej 3 miesiące (§ 6 rozp. o wózkach). Organizator pracy zapewnia nadzór nad transportem ładunków mogących stwarzać zagrożenie (§ 14).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Koordynacja z innymi pracodawcami i dostawcami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Zasady wjazdu dostaw, zgłaszania HDS dostawcy, łączności z kierującym transportem (art. 208 KP)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Postępowanie w sytuacjach awaryjnych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robią osoby przy transporcie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przewrócenie urządzenia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Ładunek zawieszony, awaria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Silny wiatr, burza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Kierujący transportem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zbiórki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 (zmiana warunków w miejscu transportu, § 5 ust. 2 rozp. o wózkach)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327"/>
        <w:gridCol w:w="1578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327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327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Karta podpisów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1973"/>
        <w:gridCol w:w="1775"/>
        <w:gridCol w:w="1183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Instrukcja bezpieczeństwa prac transportowych zawiera szczegółowe wytyczne dotyczące organizacji prac transportowych w obszarze pracy wózka jezdniowego lub żurawia, z uwzględnieniem warunków w miejscu transportu, zadań i obowiązków osób zaangażowanych w prace transportowe, charakterystyki ładunków oraz koordynacji działań i bezpieczeństwa wszystkich osób, które mogą być narażone (§ 2 pkt 4 rozp. o wózkach, § 2 pkt 6 rozp. o żurawiach wieżowych). Operator wózka zapoznaje się z nią przed dopuszczeniem do pracy (§ 5 ust. 1 pkt 3 rozp. o wózkach), a pracodawca udostępnia ją operatorowi żurawia, sygnaliście i hakowemu (§ 5 ust. 1 pkt 1 rozp. o żurawiach wieżowych).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Bezpieczeństwa Prac Transportowych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