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BETONOWANIE Z UŻYCIEM POMPY DO BETONU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pompa do betonu (samochodowa albo stacjonarna), pojemniki do betonu: producent, typ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uderzenie przez przewód lub końcówkę węża przy ciśnieniu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rozerwanie przewodu i wytrysk mieszanki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przeciążenie i zawalenie deskowania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kontakt skóry i oczu z mieszanką betonową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stoczenie się pojazdu z betonem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albo osłona twarzy przy rozłączaniu i czyszczeniu przewodu (§ 101 ust.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odporne na cement i wilgoć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ochronne, wysokie przy pracy w mieszance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uzgodnij z operatorem pompy sposób sygnalizacji między stanowiskiem odbioru a operatorem (§ 100 rozporządzenia w sprawie BHP podczas wykonywania robót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punkt zsypu przy dostawie pojazdem ma odbojnice zabezpieczające przed stoczeniem (§ 209)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pojemniki do betonu: zabezpieczone przed wylaniem, z łatwo otwieralną klapą (§ 208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z kierownikiem robót, czy deskowanie zostało odebrane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domieszkach chemicznych przygotuj roztwór w wydzielonym naczyniu i miejscu, w środkach ochrony (§ 207)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przechodź i nie przejeżdżaj po przewodach z mieszanką (§ 101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 przenoszeniem, rozbieraniem albo przedłużaniem przewodów każ wyłączyć pompę i zredukować ciśnienie do atmosferycznego (§ 101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zatkaniu przewodu nie przepychaj go od strony wylotu (§ 101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zwiększaj ciśnienia ponad dopuszczalne (§ 101 ust.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wylewaj mieszanki w deskowanie z wysokości większej niż 1 m; pojemnik opróżniaj stopniowo, żeby nie przeciążyć deskowania (§ 208 ust. 2 i 3)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 zakończeniu betonowania przewody czyść przy wyłączonej pompie i bez ciśnienia, w okularach i rękawicach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umyj skórę po kontakcie z mieszanką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odkształcenia deskowania zauważone w czasie betonowania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przechodzenie po przewodach z mieszanką (§ 101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rozłączanie przewodu pod ciśnieniem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przepychanie zatkanego przewodu od wylotu (§ 101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wylewanie mieszanki z wysokości ponad 1 m (§ 208 ust. 3)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Zatkanie przewodu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Odkształcenie lub ugięcie deskowania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Mieszanka w oku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Rozerwanie przewodu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Betonowanie Z Użyciem Pompy Do Betonu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