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INSTALACJA ELEKTRYCZNA NA BUDOWIE I PRACA PRZY LINIACH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rozdzielnice budowlane, przedłużacze, linie napowietrzne w rejonie budowy: napięcie i odległość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 z uszkodzonych przewodów i urządzeń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zbliżenie żurawia, koparki albo materiału do linii napowietrznej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pożar od przegrzanej instalacji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w wilgoci i na metalowych konstrukcjach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dla elektryków: sprzęt ochronny izolacyjny według prac i uprawnień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 pracą sprawdź działanie wyłącznika różnicowoprądowego przyciskiem testowym (§ 59 ust. 1 rozporządzenia w sprawie BHP podczas wykonywania robót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obejrzyj przewody i wtyczki; przewody do maszyn mają być chronione przed uszkodzeniami mechanicznymi (§ 57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rozdzielnica jest zamknięta przed osobami nieupoważnionymi i stoi najwyżej 50 m od odbiorników (§ 56)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odległość od linii napowietrznej liczoną w poziomie od skrajnego przewodu: 3 m do 1 kV, 5 m do 15 kV, 10 m do 30 kV, 15 m do 110 kV, 30 m powyżej 110 kV (§ 55 ust. 1)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podłączaj, naprawiaj i konserwuj instalację tylko, jeśli masz odpowiednie uprawnienia (§ 54)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żurawiu i urządzeniach załadowczych mierz odległość od linii do najdalej wysuniętego punktu urządzenia z ładunkiem (§ 55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 linią wysokiego napięcia pracuj maszyną tylko po uzgodnieniu bezpiecznych warunków z użytkownikiem linii (§ 55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stawiaj stanowisk pracy, składowisk ani maszyn bezpośrednio pod linią napowietrzną (§ 55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urządzenie po zmianach, naprawie, przemieszczeniu albo po miesiącu postoju uruchamiaj dopiero po kontroli (§ 58)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wyłącz urządzenia i zwiń przedłużacze, zamknij rozdzielnicę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uszkodzone przewody i urządzenia; naprawy i przeglądy wpisuje się do książki konserwacji (§ 59 ust. 3)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naprawy instalacji przez osoby bez uprawnień (§ 54)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z wyłącznikiem różnicowoprądowym, który nie zadziałał przy teście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składowanie materiałów i ustawianie maszyn pod liniami napowietrznymi (§ 55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prowizoryczne łączenie przewodów i gniazd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Porażenie prądem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Kontakt maszyny z linią napowietrzną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Iskrzenie lub dym z rozdzielnicy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Instalacja Elektryczna Na Budowie I Praca Przy Liniach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