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NOŻYCE I GIĘTARKA DO PRĘTÓW ZBROJENIOWYCH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nożyce ręczne, przecinarka mechaniczna lub giętarka: producent, typ, zakres średnic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zmiażdżenie palców i dłoni w urządzeniu tnącym albo na tarczy giętarki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przez odrzucony koniec pręta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skaleczenie o ostre końce prętów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przy chodzeniu po ułożonym zbrojeniu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maszynach elektrycznych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przy przenoszeniu prętów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 odporne na przecięcie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podnoskiem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przy cięciu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maszyna stoi w pomieszczeniu albo pod wiatą (§ 196 ust. 1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stół zbrojarski jest stabilny i przytwierdzony do podłoża, a stanowisko ma pomost drewniany albo z materiału termoizolacyjnego (§ 196 ust. 3 i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stole obsługiwanym z obu stron sprawdź siatkę rozdzielającą o wysokości 1 m (§ 196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osłony, wyłącznik awaryjny i przewód zasilający maszyny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przygotuj kozły albo stół do podparcia ciętego pręta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cięciu nożycami ręcznymi opieraj pręt obustronnie na kozłach albo na stole (§ 204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nożycami ręcznymi nie tnij prętów o średnicy większej niż 20 mm (§ 204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cięciu mechanicznym nie chwytaj pręta bliżej niż 0,5 m od urządzenia tnącego (§ 204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pręty o średnicy większej niż 20 mm odginaj wyłącznie urządzeniem mechanicznym (§ 205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zbrojenie zakładaj, a odbojnice i trzpienie przestawiaj tylko przy unieruchomionej tarczy giętarki (§ 205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rzucaj elementów zbrojenia (§ 200 pkt 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maszynę i odłącz zasilanie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odłóż pręty i elementy zbrojenia osobno według rodzajów, na wyrównanym i odwodnionym podłożu albo na podkładach (§ 198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ścinki prętów ze stanowiska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uszkodzenia maszyny i narzędzi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chodzenie po ułożonych elementach zbrojenia (§ 198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podchodzenie do transportowanego zbrojenia wyżej niż 0,5 m nad miejscem ułożenia (§ 200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chwytanie rękami za skrajne elementy zbrojenia układanego w formy (§ 200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zakładanie pręta przy obracającej się tarczy giętarki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cięcie nożycami ręcznymi prętów grubszych niż 20 mm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Zakleszczenie dłoni w maszynie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Odrzut pręta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Skaleczenie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Nożyce I Giętarka Do Prętów Zbrojeniowych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