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OBRÓBKA KAMIENIA NA BUDOWIE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obróbka: cięcie, szlifowanie, łupanie, piaskowanie; narzędzia ręczne i mechaniczne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odpryski i odłamki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pył, w tym krzemionkowy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drgania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elementem kamiennym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gogle albo przyłbica ochronna (§ 50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kask ochronny (§ 50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wzmocnione skórą (§ 50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z wkładkami stalowymi chroniącymi palce (§ 50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i słuchu według oceny ryzyka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miejsce obróbki jest ogrodzone i niedostępne dla osób postronnych (§ 50 ust. 1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stanowiskach oddalonych o mniej niż 3 m sprawdź ekrany o wysokości co najmniej 2 m (§ 50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pomieszczeniu z pyleniem sprawdź miejscowy wyciąg powietrza na stanowisku (§ 50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narzędzia i osprzęt tnący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sprężonym powietrzu do obróbki płaszczyzn używaj środków ochrony indywidualnej (§ 50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zraszaj albo odciągaj pył przy cięciu i szlifowaniu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 unieruchom przed obróbką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elementy ciężkie przenoś mechanicznie albo we dwie osoby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narzędzia i odłącz zasilanie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odłamki i pył na mokro albo odkurzaczem przemysłowym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uszkodzenia ekranów i narzędzi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obróbka bez gogli lub przyłbicy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sąsiednim stanowisku bliżej niż 3 m bez ekranu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zamiatanie pyłu na sucho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obróbka w miejscu dostępnym dla osób postronnych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Uraz oka od odprysku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Przygniecenie elementem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Silne pylenie mimo wyciągu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Obróbka Kamienia Na Budowie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