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PRACA W ZBIORNIKACH, KANAŁACH I PRZESTRZENIACH ZAMKNIĘTYCH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miejsce: zbiornik, studnia, kanał, tunel, pomieszczenie bez wentylacji; prowadzone roboty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tlenu i gazy szkodliwe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par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zalanie, zasypanie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trudna ewakuacja i opóźniona pomoc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z liną ratunkową do asekuracji z zewnątrz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dobrana do zagrożenia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przenośny miernik gazów, jeśli wynika to z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przestrzeń ma wentylację grawitacyjną, a w razie potrzeby mechaniczną (§ 164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urządzenia elektryczne mają zabezpieczenia przed porażeniem i wybuchem (§ 164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szybką drogę ewakuacji na wypadek zalania, pożaru albo gazów oraz sposób wezwania pierwszej pomocy (§ 164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osobę asekurującą z zewnątrz i ustal sygnały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izolacjach z rozpuszczalnikami pracuj przy intensywnej wymianie powietrza, w środkach ochrony, po instruktażu i z asekuracją z zewnątrz (§ 239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rozpuszczalniki i materiały przygotuj na zewnątrz i wnoś gotowe do użycia (§ 239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wyrobiskach podziemnych zawartość tlenu ma być co najmniej 19%; przy mniejszej natychmiast wyjdź (§ 165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wchodź do przestrzeni bez osoby asekurującej przy wejściu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wyjdź, zabierz narzędzia i materiały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i oznakuj wejście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zauważone zagrożenia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bez sprawdzenia wentylacji i asekuracji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ognia i narzędzi iskrzących przy parach palnych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ratowanie poszkodowanego bez zabezpieczenia siebie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przygotowywanie rozpuszczalników wewnątrz zbiornika (§ 239 ust. 2)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Utrata przytomności osoby w środku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Zapach gazu lub rozpuszczalnika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Napływ wody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Praca W Zbiornikach, Kanałach I Przestrzeniach Zamkniętych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