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INSTRUKCJA BHP: ROBOTY IMPREGNACYJNE I ODGRZYBIENIOWE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instrukcja stanowiskowa (art. 237⁴ § 2 Kodeksu pracy, § 41 rozporządzenia w sprawie ogólnych przepisów BHP)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Instrukcja nr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Wersja / zmiana nr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opracowania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Obowiązuje od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Pracodawca, maszyna i stanowisko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Pracodawca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 i adres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Maszyna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środek: nazwa, producent, karta charakterystyki; metoda: natrysk, powlekanie, iniekcja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Nr fabryczny lub ewidencyjny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Stanowisko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kto obsługuje maszynę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Gdzie dostępna instrukcja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np. przy maszynie, w kontenerze brygady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Opracował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funkcja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podpis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Zatwierdził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pracodawca lub osoba upoważniona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podpis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instrukcja producenta (DTR) maszyny</w:t>
      </w:r>
      <w:r>
        <w:rPr>
          <w:rFonts w:ascii="Arial" w:hAnsi="Arial" w:eastAsia="Arial"/>
          <w:b w:val="0"/>
          <w:i w:val="0"/>
          <w:sz w:val="18"/>
        </w:rPr>
        <w:t xml:space="preserve"> (typ, wersja)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karta oceny ryzyka zawodowego dla stanowiska</w:t>
      </w:r>
      <w:r>
        <w:rPr>
          <w:rFonts w:ascii="Arial" w:hAnsi="Arial" w:eastAsia="Arial"/>
          <w:b w:val="0"/>
          <w:i w:val="0"/>
          <w:sz w:val="18"/>
        </w:rPr>
        <w:t xml:space="preserve"> (numer i data)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Zagrożenia przy obsłudze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zatrucie i podrażnienie przez opary i pyły środków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pożar i wybuch przy środkach łatwo palnych i podgrzewaniu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kontakt skóry i oczu z impregnatem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porażenie prądem przy zawilgoconych urządzeniach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Wymagania wobec pracownika i środki ochrony indywidualnej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szkolenie wstępne BHP (instruktaż ogólny i stanowiskowy) i aktualne szkolenie okresowe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aktualne orzeczenie lekarskie bez przeciwwskazań do pracy na stanowisku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zapoznanie z instrukcją producenta, oceną ryzyka i niniejszą instrukcją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ochrona dróg oddechowych dobrana do środka według karty charakterystyki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okulary albo gogle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rękawice i odzież odporne na środek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obuwie ochronne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Czynności przed rozpoczęciem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sprawdź, czy masz orzeczenie lekarskie bez przeciwwskazań do pracy z substancjami chemicznymi (§ 171 ust. 1 rozporządzenia w sprawie BHP podczas wykonywania robót budowlanych)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przeczytaj instrukcję producenta i kartę charakterystyki środka (§ 172)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oznakuj teren i przygotuj go tak, żeby rozlany impregnat nie skaził środowiska; na tym stanowisku nie prowadzi się innych robót (§ 173)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przygotowuj impregnat w oddzielnym pomieszczeniu albo pod zadaszeniem, z wentylacją i sprzętem przeciwpożarowym dobranym do środka (§ 174 ust. 1, 2 i 5)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zabezpiecz przewody i urządzenia elektryczne przed impregnatem, a do oświetlenia używaj lamp zasilanych napięciem bezpiecznym (§ 177)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Zasady bezpiecznej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 pomieszczeniach zamkniętych pracuj przy kontroli stężenia substancji w powietrzu (§ 175)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pędzle, szczotki i końcówki natryskowe trzymaj na trzonkach z osłonami przed ściekaniem impregnatu na ręce (§ 182 ust. 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podgrzany impregnat pobieraj dopiero po zgaszeniu otwartego ognia (§ 182 ust. 3)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nie zbliżaj się do otwartego ognia w odzieży zanieczyszczonej impregnatem (§ 179)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przy objawach zatrucia lub uczulenia przerwij pracę; taką osobę odsuwa się od kontaktu ze środkiem (§ 171 ust. 2)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6. Czynności po zakończeniu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zamknij pojemniki i odłóż środki do magazynu zgodnie z wymaganiami producenta (§ 170)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umyj ręce i twarz, zdejmij zanieczyszczoną odzież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impregnowane materiały przekaż do montażu dopiero po wyschnięciu impregnatu (§ 178)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7. Zakazy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palenie i otwarty ogień przy środkach łatwo palnych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praca w pomieszczeniu zamkniętym bez wentylacji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jedzenie i picie na stanowisku pracy z impregnatem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prowadzenie innych robót na stanowisku impregnacji (§ 173 ust. 3)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8. Sytuacje awaryjne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Pracownik niezwłocznie zawiadamia przełożonego o zauważonym wypadku albo zagrożeniu życia lub zdrowia i ostrzega współpracowników oraz inne osoby w rejonie zagrożenia (art. 211 pkt 6 Kodeksu pracy). Przy bezpośrednim zagrożeniu dla zdrowia lub życia pracownik ma prawo powstrzymać się od wykonywania pracy, a jeśli to nie usuwa zagrożenia, oddalić się z miejsca zagrożenia, zawiadamiając niezwłocznie przełożonego (art. 210 § 1 i 2 Kodeksu pracy).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959"/>
        <w:gridCol w:w="6906"/>
      </w:tblGrid>
      <w:tr>
        <w:trPr>
          <w:cantSplit/>
        </w:trPr>
        <w:tc>
          <w:tcPr>
            <w:tcW w:type="dxa" w:w="295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Sytuacja</w:t>
            </w:r>
          </w:p>
        </w:tc>
        <w:tc>
          <w:tcPr>
            <w:tcW w:type="dxa" w:w="690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Co robi pracownik</w:t>
            </w:r>
          </w:p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Objawy zatrucia lub uczulenia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Impregnat w oku lub na skórze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Zapalenie się środka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Rozlanie impregnatu</w:t>
            </w:r>
          </w:p>
        </w:tc>
        <w:tc>
          <w:tcPr>
            <w:tcW w:type="dxa" w:w="6906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Numer alarmowy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Przełożony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Osoba udzielająca pierwszej pomocy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Apteczka, gaśnica, wyłącznik zasilania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gdzie są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9. Zmiany instrukcji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1578"/>
        <w:gridCol w:w="5130"/>
        <w:gridCol w:w="1775"/>
        <w:gridCol w:w="1381"/>
      </w:tblGrid>
      <w:tr>
        <w:trPr>
          <w:cantSplit/>
        </w:trPr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513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Zakres zmiany i przyczyna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Kto zmienił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1578"/>
          </w:tcPr>
          <w:p/>
        </w:tc>
        <w:tc>
          <w:tcPr>
            <w:tcW w:type="dxa" w:w="5130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1578"/>
          </w:tcPr>
          <w:p/>
        </w:tc>
        <w:tc>
          <w:tcPr>
            <w:tcW w:type="dxa" w:w="5130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10. Potwierdzenie zapoznania z instrukcją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91"/>
        <w:gridCol w:w="3157"/>
        <w:gridCol w:w="1973"/>
        <w:gridCol w:w="1183"/>
        <w:gridCol w:w="1381"/>
        <w:gridCol w:w="1578"/>
      </w:tblGrid>
      <w:tr>
        <w:trPr>
          <w:cantSplit/>
        </w:trPr>
        <w:tc>
          <w:tcPr>
            <w:tcW w:type="dxa" w:w="59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315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Imię i nazwisko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Stanowisko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Wersja instrukcji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7.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8.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Pracodawca wydaje szczegółowe instrukcje i wskazówki dotyczące BHP na stanowiskach pracy (art. 237⁴ § 2 Kodeksu pracy), a pracownik potwierdza w postaci papierowej lub elektronicznej zapoznanie się z przepisami i zasadami BHP (art. 237⁴ § 3). Instrukcje dotyczące obsługi maszyn i innych urządzeń technicznych pracodawca udostępnia pracownikom do stałego korzystania; powinny w sposób zrozumiały wskazywać czynności przed rozpoczęciem pracy, zasady i sposoby bezpiecznego wykonywania pracy, czynności po jej zakończeniu oraz zasady postępowania w sytuacjach awaryjnych (§ 41 ust. 1 pkt 2 i ust. 2 rozporządzenia w sprawie ogólnych przepisów BHP). Treść techniczną dostosuj do instrukcji producenta i oceny ryzyka zawodowego.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Instrukcja Bhp: Roboty Impregnacyjne I Odgrzybieniowe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