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INSTRUKCJA BHP: ROBOTY PALOWE (PALOWNICA, KAFAR, WIBROMŁOT)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instrukcja stanowiskowa (art. 237⁴ § 2 Kodeksu pracy, § 41 rozporządzenia w sprawie ogólnych przepisów BHP)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Wersja / zmiana nr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opracowania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Obowiązuje od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Pracodawca, maszyna i stanowisko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Maszyna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palownica, kafar albo urządzenie wibracyjne: producent, typ, technologia pali (wiercone, wbijane, wibrowane), wysokość masztu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fabryczny lub ewidencyjny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kto obsługuje maszynę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Gdzie dostępna instrukcja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przy maszynie, w kontenerze brygady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lub osoba upoważniona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instrukcja producenta (DTR) maszyny</w:t>
      </w:r>
      <w:r>
        <w:rPr>
          <w:rFonts w:ascii="Arial" w:hAnsi="Arial" w:eastAsia="Arial"/>
          <w:b w:val="0"/>
          <w:i w:val="0"/>
          <w:sz w:val="18"/>
        </w:rPr>
        <w:t xml:space="preserve"> (typ, wersja)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karta oceny ryzyka zawodowego dla stanowiska</w:t>
      </w:r>
      <w:r>
        <w:rPr>
          <w:rFonts w:ascii="Arial" w:hAnsi="Arial" w:eastAsia="Arial"/>
          <w:b w:val="0"/>
          <w:i w:val="0"/>
          <w:sz w:val="18"/>
        </w:rPr>
        <w:t xml:space="preserve"> (numer i data)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Zagrożenia przy obsłudze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przewrócenie palownicy na słabym albo nierównym podłożu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uderzenie przez kafar, rurę obsadową, świder, pal albo grodzicę przy podawaniu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wciągnięcie przez obracający się świder albo żerdź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kontakt masztu z napowietrzną linią energetyczną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uszkodzenie podziemnego kabla albo gazociągu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hałas i drgania przy wbijaniu i wibrowaniu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utonięcie przy pracy na wodzie albo z pomostu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Wymagania wobec pracownika i środki ochrony indywidualnej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wstępne BHP (instruktaż ogólny i stanowiskowy) i aktualne szkolenie okresowe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aktualne orzeczenie lekarskie bez przeciwwskazań do pracy na stanowisku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zapoznanie z instrukcją producenta, oceną ryzyka i niniejszą instrukcją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hełm ochronny, kamizelka ostrzegawcza, obuwie ochronne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ochronniki słuchu przy wbijaniu i wibrowaniu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rękawice ochronne, okulary przy cięciu głowic pali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kamizelka ratunkowa przy pracy na wodzie (§ 12 ust. 2 rozp., Dz.U. 2018 poz. 583)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Czynności przed rozpoczęciem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wpis w książce operatora: palownice kl. II, kafary, urządzenia wibracyjne kl. III albo wiertnice do kotwi (zał. nr 1 gr. I lp. 13–16, § 23 rozp. z 20.09.2001)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sprawdź, czy teren jest rozpoznany geologicznie i jaka jest nośność platformy roboczej (§ 2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ustal z kierownikiem budowy przebieg sieci i odległości bezpiecznej pracy maszyny (§ 8 ust. 1; § 144 rozp. o robotach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zmierz odległość masztu od linii napowietrznych: 3, 5, 10, 15 albo 30 m zależnie od napięcia (§ 55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wyznacz i oznakuj strefę niebezpieczną wokół maszyny (§ 158 ust. 2 rozp. o robotach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 wodzie i terenie podmokłym: podkłady stabilne i połączone, koła ratunkowe z linką na pomoście (§ 12 ust. 1 i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obejrzyj maszt, liny, kafar, głowicę, świder i przewody hydrauliczne według DTR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Zasady bezpiecznej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pracuj według DTR i instrukcji obsługi przy budynkach, sieciach, liniach i na pochyłości (§ 3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 czasie wbijania pali sprawdzaj obciążenie i równomierność obciążenia pomostu, podmycie jarzm i stan pomostu po opadach (§ 12 ust.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wbijaniu grodzi nikt nie stoi bliżej niż 10 m (§ 163 ust. 4 rozp. o robotach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wyrywaniu grodzi nikt nie stoi w promieniu długości grodzi powiększonej o 5 m (§ 163 ust. 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elementy podawaj na sygnał jednej osoby; pod podnoszonym palem i kafarem nikt nie stoi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naruszeniu instalacji przerwij pracę i zawiadom kierownika robót (§ 8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naprawiaj i nie czyść maszyny w ruchu (§ 2 ust. 1 pkt 3)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Czynności po zakończeniu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opuść kafar albo świder na podłoże, maszt ustaw według DTR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zabezpiecz otwory po palach i odwierty przed wpadnięciem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zabezpiecz maszynę przed uruchomieniem przez osoby nieupoważnione (§ 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zgłoś usterki i uszkodzenia pomostu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Zakazy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obsługa palownicy, kafara albo wibromłotu bez wpisu do książki operatora (§ 23)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przebywanie w strefie wbijania i wyrywania grodzi (§ 163 ust. 4 i 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na terenie nierozpoznanym albo na platformie bez sprawdzonej nośności (§ 2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zmiany konstrukcyjne maszyny i praca bez urządzeń zabezpieczających (§ 2 ust. 1 pkt 1 i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pod linią wysokiego napięcia bez uzgodnienia z jej użytkownikiem (§ 55 ust. 3)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Sytuacje awaryjne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Pracownik niezwłocznie zawiadamia przełożonego o zauważonym wypadku albo zagrożeniu życia lub zdrowia i ostrzega współpracowników oraz inne osoby w rejonie zagrożenia (art. 211 pkt 6 Kodeksu pracy). Przy bezpośrednim zagrożeniu dla zdrowia lub życia pracownik ma prawo powstrzymać się od wykonywania pracy, a jeśli to nie usuwa zagrożenia, oddalić się z miejsca zagrożenia, zawiadamiając niezwłocznie przełożonego (art. 210 § 1 i 2 Kodeksu pracy).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6906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Sytuacja</w:t>
            </w:r>
          </w:p>
        </w:tc>
        <w:tc>
          <w:tcPr>
            <w:tcW w:type="dxa" w:w="690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robi pracownik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Przechył lub zapadanie się palownicy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Kontakt masztu z linią energetyczną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Uszkodzenie kabla lub gazociągu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Wpadnięcie osoby do wody lub otworu</w:t>
            </w:r>
          </w:p>
        </w:tc>
        <w:tc>
          <w:tcPr>
            <w:tcW w:type="dxa" w:w="6906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alarmowy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Przełożony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udzielająca pierwszej pomocy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Apteczka, gaśnica, wyłącznik zasilania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są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Zmiany instrukcji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578"/>
        <w:gridCol w:w="5130"/>
        <w:gridCol w:w="1775"/>
        <w:gridCol w:w="1381"/>
      </w:tblGrid>
      <w:tr>
        <w:trPr>
          <w:cantSplit/>
        </w:trPr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13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zmiany i przyczyna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zmienił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Potwierdzenie zapoznania z instrukcją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157"/>
        <w:gridCol w:w="1973"/>
        <w:gridCol w:w="1183"/>
        <w:gridCol w:w="1381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Wersja instrukcji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wydaje szczegółowe instrukcje i wskazówki dotyczące BHP na stanowiskach pracy (art. 237⁴ § 2 Kodeksu pracy), a pracownik potwierdza w postaci papierowej lub elektronicznej zapoznanie się z przepisami i zasadami BHP (art. 237⁴ § 3). Instrukcje dotyczące obsługi maszyn i innych urządzeń technicznych pracodawca udostępnia pracownikom do stałego korzystania; powinny w sposób zrozumiały wskazywać czynności przed rozpoczęciem pracy, zasady i sposoby bezpiecznego wykonywania pracy, czynności po jej zakończeniu oraz zasady postępowania w sytuacjach awaryjnych (§ 41 ust. 1 pkt 2 i ust. 2 rozporządzenia w sprawie ogólnych przepisów BHP). Treść techniczną dostosuj do instrukcji producenta i oceny ryzyka zawodowego. Roboty palowe: § 2, 3, 5, 8, 12 i 23 rozporządzenia z 20 września 2001 r. (t.j. Dz.U. 2018 poz. 583), zał. nr 1 gr. I lp. 13–16 w brzmieniu z Dz.U. 2020 poz. 1461, § 23 w brzmieniu z Dz.U. 2023 poz. 291; grodzie, sieci i linie: § 55, 143, 144, 158 i 163 rozporządzenia w sprawie BHP podczas wykonywania robót budowlanych (Dz.U. 2003 nr 47 poz. 401).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Bhp: Roboty Palowe (Palownica, Kafar, Wibromłot)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