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SPAWARKA ELEKTRYCZNA I SPAWANIE GAZOWE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spawarka elektryczna albo zestaw do spawania gazowego: producent, typ, metoda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promieniowanie łuku: uszkodzenie wzroku i skóry, także u osób obok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dymy i gazy spawalnicze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i wybuch od iskier, odprysków i gorących elementów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wybuch butli albo cofnięcie płomienia przy spawaniu gazowym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oparzenia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przyłbica albo maska spawalnicza z filtrem dobranym do metody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spawalnicze i odzież trudnopalna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ochrona dróg oddechowych, jeśli wynika to z oceny ryzyka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dla prac pożarowo niebezpiecznych w tym miejscu jest pisemne zezwolenie, jeśli wymaga go zakład lub budowa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spawanie elektryczne: sprawdź połączenia przewodów i przyłączenie końcówki przewodu roboczego do uchwytu (§ 230 ust. 2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 uchwytu elektrody i do masy używaj tylko przewodów oponowych spawalniczych o właściwym przekroju; spawany przedmiot uziem (§ 230 ust. 3 i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spawanie gazowe: używaj tylko butli z ważną cechą organu dozoru technicznego (§ 224)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przewody do tlenu i acetylenu: właściwa kolorystyka, długość co najmniej 5 m, płaskie zaciski, bez uszkodzeń (§ 227)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usuń materiały palne z otoczenia i przygotuj gaśnicę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butle ustaw pionowo albo pod kątem nie mniejszym niż 45° od poziomu (§ 226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trzymaj płomień palnika co najmniej 1 m od butli (§ 226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wydziel stanowisko tak, żeby światło łuku nie raziło innych osób (§ 232)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stałym stanowisku pracuj przy miejscowej wentylacji wyciągowej (§ 231)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przewody chroń przed uszkodzeniem mechanicznym, a uszkodzone miejsca wytnij i połącz łącznikiem metalowym (§ 227 ust. 4 i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spawarkę elektryczną użytkuj zgodnie z dokumentacją techniczno-ruchową (§ 230 ust. 1)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spawarkę albo zamknij zawory butli i zwolnij ciśnienie w przewodach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miejsce pracy pod kątem tlących się materiałów, także po pewnym czasie od zakończenia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odłóż uchwyt elektrody tak, żeby nie dotykał masy ani przedmiotów przewodzących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uszkodzenia sprzętu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stosowanie do tlenu i acetylenu przewodów igielitowych lub z tworzyw sztucznych (§ 228)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używanie przewodów, które wcześniej służyły do innych gazów (§ 227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odmrażanie zaworu butli, wytwornicy lub bezpiecznika wodnego płomieniem; tylko gorąca woda lub para (§ 229)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spawanie bez osłony oczu i twarzy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spawanie przy materiałach palnych bez ich usunięcia lub osłonięcia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od iskier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Cofnięcie płomienia lub wyciek gazu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Uraz oczu od łuku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Spawarka Elektryczna I Spawanie Gazowe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