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 OBSŁUGI: SZLIFIERKA KĄTOWA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szlifierka kątowa: producent, typ, średnica tarczy, obroty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pęknięcie i rozerwanie tarczy, odłamki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odrzut szlifierki przy zakleszczeniu tarczy w szczelinie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iskry i odpryski: uraz oczu, zapalenie materiałów palnych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pył, w tym pył z cięcia betonu, cegły i kamienia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hałas i drgania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 przy uszkodzonym przewodzie lub obudowie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skaleczenie o krawędzie ciętego materiału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okulary ochronne albo osłona twarzy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ochronniki słuchu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ochrona dróg oddechowych przy cięciu materiałów mineralnych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odzież przylegająca, bez luźnych elementów; obuwie ochronne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obejrzyj obudowę, przewód i wtyczkę; z uszkodzoną izolacją nie pracuj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osłona tarczy jest zamontowana i ustawiona od strony operatora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dobierz tarczę do materiału; średnica zgodna z maszyną, dopuszczalna prędkość obrotowa podana na tarczy nie mniejsza niż na tabliczce szlifierki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 tarczę: bez pęknięć i wyszczerbień, w terminie przydatności podanym na tarczy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zamontuj uchwyt boczny i zdejmij klucz do kołnierza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unieruchom obrabiany element w imadle albo ściskami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usuń materiały palne z zasięgu iskier; przy cięciu w pomieszczeniu zapewnij odciąg albo zraszanie pyłu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trzymaj szlifierkę oburącz za uchwyty i stój stabilnie, poza płaszczyzną obrotu tarczy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 włączeniu poczekaj, aż tarcza osiągnie pełne obroty, dopiero potem dotknij materiału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dociskaj na siłę i nie przechylaj tarczy tnącej w szczelinie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tarczą do cięcia nie szlifuj bokiem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kieruj iskry z dala od ludzi, przewodów i materiałów palnych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prowadź przewód zasilający z dala od tarczy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pracuj z drabiny ani w pozycji nad głową bez stabilnego podparcia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szlifierkę i odłóż ją dopiero po zatrzymaniu tarczy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wymianą tarczy odłącz wtyczkę z gniazda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oczyść szlifierkę i miejsce pracy z pyłu i odpadów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przełożonemu uszkodzenia maszyny, przewodu albo tarczy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bez osłony tarczy albo z tarczą o większej średnicy niż przewidziana dla szlifierki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blokowanie włącznika w pozycji włączonej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hamowanie tarczy ręką albo materiałem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praca maszyną z uszkodzonym przewodem albo obudową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cięcie materiału, do którego tarcza nie jest przeznaczona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Zakleszczenie tarczy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Pęknięcie tarczy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Zapalenie się materiału od iskier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Porażenie prądem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Uraz oka lub skaleczenie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 Obsługi: Szlifierka Kątowa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