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ZAGĘSZCZARKA PŁYTOWA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zagęszczarka płytowa spalinowa albo elektryczna: producent, typ, masa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drgania przenoszone na dłonie i ramiona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spaliny z silnika, szczególnie w wykopach i pomieszczeniach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stopy płytą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maszyny na skarpie albo przy krawędzi wykopu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oparzenie o gorący tłumik i pożar przy tankowaniu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osunięcie się ściany wykopu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podnoskiem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ochronne, antywibracyjne, jeśli wynika to z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pyle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przy pracy przy drogach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osłonę paska, uchwyt prowadzący i jego amortyzatory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poziom paliwa i oleju przy wyłączonym i zimnym silniku, usuń wycieki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pracy w wykopie sprawdź, czy ściany są zabezpieczone, i ustal z przełożonym wentylację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teren z przedmiotów, które płyta może wyrzucić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upewnij się, że w strefie pracy nie ma innych osób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prowadź zagęszczarkę oburącz za uchwyt i trzymaj stopy z dala od płyty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zachowaj odstęp od krawędzi wykopu i skarp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pochyłościach pracuj tylko w zakresie nachylenia dopuszczonym przez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pracuj silnikiem spalinowym w zamkniętym pomieszczeniu ani w wąskim wykopie bez wentylacji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rób przerwy w pracy zgodnie z oceną ryzyka, żeby ograniczyć czas narażenia na 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zostawiaj pracującej maszyny bez nadzoru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silnik i zamknij dopływ paliwa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poczekaj, aż tłumik ostygnie, zanim zatankujesz albo przeniesiesz maszynę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tankuj przy wyłączonym silniku, z dala od ognia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przenoś zagęszczarkę we dwie osoby za uchwyty transportowe albo podnoś zawiesiem, zgodnie z instrukcją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płytę i zgłoś usterki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osłony paska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tankowanie przy pracującym albo gorącym silniku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silnikiem spalinowym w zamkniętej przestrzeni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niezabezpieczonej ścianie wykopu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Objawy zatrucia spalinami (ból głowy, zawroty)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Przewrócenie maszyny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przy tankowaniu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Osuwanie się ściany wykopu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Zagęszczarka Płytowa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