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ŻURAW WIEŻOWY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żuraw wieżowy lub szybkomontujący: producent, typ (górnoobrotowy, dolnoobrotowy), numer UDT, udźwig, wysięg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albo jego części na ludzi w strefie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kolizja ładunku lub wysięgnika z obiektem, innym żurawiem albo linią energetyczną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żurawia przy przeciążeniu albo silnym wietrze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przy wchodzeniu do kabiny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piorunem i prądem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zmęczenie, temperatura i hałas w kabinie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i kamizelka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przy wejściu na żuraw według instrukcji żurawia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dostosowana do temperatury w kabinie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sprawdź: 18 lat, ważne zaświadczenie kwalifikacyjne, aktualne orzeczenie lekarskie (§ 3 rozp., Dz.U. 2018 poz. 2147)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wpisy w książce dyżurów (§ 14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ważność decyzji UDT zezwalającej na eksploatację (§ 11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 kabinie: łączność z sygnalistą, sygnalizator, diagram udźwigu, termometr, wiatromierz, gaśnicę i apteczkę (§ 20)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działanie ograniczników i hamulców według instrukcji żurawia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sygnalistą sposób łączności i drogę ładunku (§ 7 ust. 1, § 8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tylko przy działającej łączności z sygnalistą (§ 11 ust. 1 pkt 12)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podnoś ładunków cięższych niż udźwig z diagramu dla danego wysięgu (§ 11 ust. 1 pkt 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ładunek co najmniej 1 m nad przeszkodami (§ 91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przenoś ładunku nad ludźmi ani nad kabinami pojazdów (§ 92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przerwij pracę przy porywach wiatru powyżej 10 m/s przy ładunkach wielkowymiarowych, a przy innych pracach powyżej 15 m/s albo wartości z instrukcji żurawia (§ 11 ust. 1 pkt 7 i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niebezpieczeństwie powstrzymaj się od pracy i powiadom kierującego robotami (§ 12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wpisuj w książce dyżurów godziny pracy, stan żurawia i odmowy wykonania czynności (§ 14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ładunek, zawiesia i osprzęt z haka (§ 11 ust. 1 pkt 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podnieś hak, ustaw żuraw w pozycji wolnowiatrowej lub zakotwicz według instrukcji (§ 11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zasilanie i zabezpiecz kabinę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wpisz koniec zmiany i usterki w książce dyżurów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łączenie funkcji operatora, sygnalisty i hakowego przez jedną osobę (§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wyłączonych ogranicznikach obciążenia i zmiana ich ustawień (§ 11 ust. 1 pkt 3 i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podczas burzy i przy ograniczonej widoczności bez oświetlenia (§ 11 ust. 1 pkt 5 i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temperaturze w kabinie poniżej 18°C lub powyżej 28°C i hałasie powyżej 80 dB (§ 11 ust. 1 pkt 14 i 15)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przeciąganie ładunków po podłożu i wyrywanie przedmiotów połączonych z podłożem (§ 11 ust. 1 pkt 18 i 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przedmiotów z żurawia (§ 11 ust. 1 pkt 17)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konserwacja przy włączonym zasilaniu, poza smarowaniem lin (§ 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dłużej niż 8 godzin na dobę od wejścia na żuraw do zejścia (§ 19)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Awaria, ładunek nie daje się opuścić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Silny wiatr lub burza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Ewakuacja z kabiny, wypadek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Wymagania dla żurawi wieżowych i szybkomontujących: § 3–23 rozporządzenia z 22 października 2018 r. w sprawie BHP przy obsłudze żurawi wieżowych i szybkomontujących (Dz.U. 2018 poz. 2147). Gdy ładunku nie da się opuścić, miejsce pod nim odgradza się (§ 12 ust. 2 i § 13 ust. 2). Przemieszczanie ładunku: § 88–93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Żuraw Wieżowy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