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PRZECIWPOŻAROWA PLACU BUDOWY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sposoby postępowania na wypadek pożaru i zasady ochrony przeciwpożarowej terenu budowy (art. 4 ust. 1 ustawy o ochronie przeciwpożarowej, § 4 rozporządzenia MSWiA, § 42 rozporządzenia w sprawie BHP podczas wykonywania robót budowlanych)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i wjazd dla straży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ulica, nr bramy, punkt orientacyjny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W razie pożaru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Kolejność działań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 Zaalarmuj osoby w strefie zagrożenia okrzykiem „POŻAR” i wezwij straż pożarną (112 albo 998).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 Podaj adres budowy, wjazd, co się pali, czy są ludzie w zagrożeniu i butle z gazem.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 Gaś pożar w zarodku gaśnicą, jeśli nie narażasz siebie ani innych.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 Wyłącz zasilanie rozdzielnicy budowy, zamknij zawory butli, odsuń materiały palne.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 Przejdź drogą ewakuacyjną do punktu zbiórki i zgłoś się kierownikowi budowy.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 Wskaż straży miejsce pożaru, butle, paliwo i materiały palne; nie wracaj do strefy.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Telefony alarmowe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2"/>
        <w:gridCol w:w="2466"/>
        <w:gridCol w:w="2466"/>
      </w:tblGrid>
      <w:tr>
        <w:trPr>
          <w:cantSplit/>
        </w:trPr>
        <w:tc>
          <w:tcPr>
            <w:tcW w:type="dxa" w:w="493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Kogo powiadomić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Telefon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493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Numer alarmowy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Państwowa Straż Pożarna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Pogotowie ratunkowe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Kierownik budowy: ........................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Osoba wyznaczona do gaszenia pożarów: ........................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Pogotowie energetyczne / gazowe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Gdzie jest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Gaśnice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miejsca, numery z karty przeglądu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Wyłącznik prądu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rozdzielnica główna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Butle z gazem, zawory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miejsce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Punkt zbiórki do ewakuacji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miejsce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miejsce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Hydrant / źródło wody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miejsce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Osoby wyznaczone do zwalczania pożarów i ewakuacji (art. 209¹ § 1 pkt 2 lit. b i art. 207¹ § 2 KP)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354"/>
        <w:gridCol w:w="2565"/>
        <w:gridCol w:w="1973"/>
        <w:gridCol w:w="1973"/>
      </w:tblGrid>
      <w:tr>
        <w:trPr>
          <w:cantSplit/>
        </w:trPr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Firma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Miejsce pracy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Telefon</w:t>
            </w:r>
          </w:p>
        </w:tc>
      </w:tr>
      <w:tr>
        <w:trPr>
          <w:trHeight w:val="481" w:hRule="atLeast"/>
          <w:cantSplit/>
        </w:trPr>
        <w:tc>
          <w:tcPr>
            <w:tcW w:type="dxa" w:w="3354"/>
          </w:tcPr>
          <w:p/>
        </w:tc>
        <w:tc>
          <w:tcPr>
            <w:tcW w:type="dxa" w:w="2565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/>
        </w:tc>
        <w:tc>
          <w:tcPr>
            <w:tcW w:type="dxa" w:w="2565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/>
        </w:tc>
        <w:tc>
          <w:tcPr>
            <w:tcW w:type="dxa" w:w="2565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/>
        </w:tc>
        <w:tc>
          <w:tcPr>
            <w:tcW w:type="dxa" w:w="2565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Instrukcję postępowania na wypadek pożaru wraz z wykazem telefonów alarmowych umieszcza się w widocznych miejscach (§ 4 ust. 2 pkt 3 rozporządzenia MSWiA): w biurze budowy, w kontenerze socjalnym, przy wejściu na teren i na placu składowym.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Organizacja ochrony przeciwpożarowej budowy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Władający terenem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wykonawca, umowa (art. 4 ust. 1a ustawy)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Odpowiada za instrukcję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Roboty w czynnym obiekcie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tak / nie; uzgodniono z instrukcją obiektu (§ 6)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System sygnalizacji pożarowej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tak / nie (§ 42 ust. 1)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Gaśnice i sprzęt (§ 42 rozp. o BHP przy robotach budowlanych, § 32–33 rozp. MSWiA)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551"/>
        <w:gridCol w:w="2959"/>
        <w:gridCol w:w="1677"/>
        <w:gridCol w:w="1677"/>
      </w:tblGrid>
      <w:tr>
        <w:trPr>
          <w:cantSplit/>
        </w:trPr>
        <w:tc>
          <w:tcPr>
            <w:tcW w:type="dxa" w:w="355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Miejsce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gaśnic / sprzęt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Typ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3551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Biuro i kontenery zaplecza</w:t>
            </w:r>
          </w:p>
        </w:tc>
        <w:tc>
          <w:tcPr>
            <w:tcW w:type="dxa" w:w="2959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3551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Plac składowy materiałów</w:t>
            </w:r>
          </w:p>
        </w:tc>
        <w:tc>
          <w:tcPr>
            <w:tcW w:type="dxa" w:w="2959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3551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Rozdzielnica główna</w:t>
            </w:r>
          </w:p>
        </w:tc>
        <w:tc>
          <w:tcPr>
            <w:tcW w:type="dxa" w:w="2959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3551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Każda kondygnacja w budowie</w:t>
            </w:r>
          </w:p>
        </w:tc>
        <w:tc>
          <w:tcPr>
            <w:tcW w:type="dxa" w:w="2959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3551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Magazyn butli i paliwa</w:t>
            </w:r>
          </w:p>
        </w:tc>
        <w:tc>
          <w:tcPr>
            <w:tcW w:type="dxa" w:w="2959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3551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Stanowiska robót z ogniem</w:t>
            </w:r>
          </w:p>
        </w:tc>
        <w:tc>
          <w:tcPr>
            <w:tcW w:type="dxa" w:w="2959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Drogi pożarowe i ewakuacyjne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droga pożarowa i wjazd dla straży wolne od materiałów i pojazdów (§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drogi i wyjścia ewakuacyjne oznakowane, oświetlenie awaryjne tam, gdzie jest wymagane (§ 41 rozp. BHP, § 4 ust. 2 pkt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miejsca gaśnic, butli i materiałów niebezpiecznych pożarowo oznakowane (§ 4 ust. 2 pkt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punkt zbiórki oznakowany i znany ekipom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Składowiska, butle, materiały palne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pas ochronny co najmniej 2 m, niepalny lub gruntowy oczyszczony, wokół placów składowych i obiektów tymczasowych o konstrukcji palnej (§ 4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materiały palne co najmniej 4 m od granicy działki sąsiedniej (§ 4 ust. 1 pkt 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materiały palne co najmniej 0,5 m od czynnych rozdzielnic (§ 4 ust. 1 pkt 8 lit. b)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strefie tymczasowego obiektu lub terenu najwyżej 2 butle z gazem płynnym po 11 kg; butle turystyczne do 5 kg łącznie do 22 kg (§ 10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butle pionowo, zabezpieczone przed upadkiem, zawory z kołpakami (§ 13 ust. 4 i 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stanowisku nie więcej materiału niebezpiecznego pożarowo niż dobowe zapotrzebowanie (§ 7 ust. 1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paliwo do maszyn: miejsce i pojemniki 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Zakazy na terenie budowy (§ 4 ust. 1 rozporządzenia MSWiA)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Zabronione jest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otwarty ogień i palenie tytoniu w miejscach występowania materiałów niebezpiecznych pożarowo (pkt 1 lit. b)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używanie niesprawnych instalacji, urządzeń i narzędzi albo niezgodnie z przeznaczeniem (pkt 2)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rozgrzewanie smoły otwartym ogniem bliżej niż 5 m od obiektu i składowiska materiałów palnych, poza dachem niepalnym w budowanym obiekcie i podgrzewaczami do tego celu (pkt 4)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rozpalanie ognia i wysypywanie gorącego popiołu w miejscu umożliwiającym zapalenie materiałów palnych (pkt 5)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elektryczne urządzenia ogrzewcze ustawione na podłożu palnym, poza warunkami producenta (pkt 7)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zamykanie drzwi ewakuacyjnych w sposób uniemożliwiający ich natychmiastowe użycie (pkt 14)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ograniczanie dostępu do gaśnic, wyjść ewakuacyjnych, wyłączników i tablic rozdzielczych, kurków gazu (pkt 18)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Roboty z ogniem otwartym, spawanie i cięcie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Przed rozpoczęciem takich robót ocenia się zagrożenie pożarowe w miejscu ich wykonania, ustala środki zapobiegawcze, wskazuje osoby odpowiedzialne za przygotowanie miejsca, przebieg i zabezpieczenie po zakończeniu oraz zaznajamia wykonawców z zagrożeniami; po zakończeniu kontroluje się miejsce prac i rejony przyległe (§ 36 rozporządzenia MSWiA). Ustalenia dla każdej takiej pracy zapisuje się w osobnym dokumencie nr 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11. Zasady dla ekip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każda firma wyznacza osoby do zwalczania pożarów i ewakuacji i podaje je kierownikowi budowy (art. 209¹ § 1 pkt 2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nowa ekipa zapoznaje się z instrukcją przed rozpoczęciem pracy (art. 4 ust. 1 pkt 6 ustawy o ochronie przeciwpożarowej)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pożar, zadymienie, wyciek gazu lub paliwa i uszkodzoną gaśnicę zgłasza się kierownikowi budowy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 pracy: wyłączone nagrzewnice i elektronarzędzia, zamknięte butle, uprzątnięte materiały palne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użytą gaśnicę zgłasza się do wymiany i wpisuje do karty przeglądu gaśnic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12. Aktualizacje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381"/>
        <w:gridCol w:w="5722"/>
        <w:gridCol w:w="2762"/>
      </w:tblGrid>
      <w:tr>
        <w:trPr>
          <w:cantSplit/>
        </w:trPr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72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Zmiana: zaplecze, drogi, składowiska, ekipy</w:t>
            </w:r>
          </w:p>
        </w:tc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5722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5722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5722"/>
          </w:tcPr>
          <w:p/>
        </w:tc>
        <w:tc>
          <w:tcPr>
            <w:tcW w:type="dxa" w:w="276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13. Potwierdzenie zapoznania z instrukcją (art. 4 ust. 1 pkt 6 ustawy o ochronie przeciwpożarowej)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2565"/>
        <w:gridCol w:w="1381"/>
        <w:gridCol w:w="2170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Firma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3157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3157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11.</w:t>
            </w:r>
          </w:p>
        </w:tc>
        <w:tc>
          <w:tcPr>
            <w:tcW w:type="dxa" w:w="3157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12.</w:t>
            </w:r>
          </w:p>
        </w:tc>
        <w:tc>
          <w:tcPr>
            <w:tcW w:type="dxa" w:w="3157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Opracował (data,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Zatwierdził: kierownik budowy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Właściciel budynku, obiektu budowlanego lub terenu, zapewniając ich ochronę przeciwpożarową, jest obowiązany m.in. wyposażyć je w wymagane urządzenia przeciwpożarowe i gaśnice, zapewnić osobom przebywającym bezpieczeństwo i możliwość ewakuacji, przygotować teren do prowadzenia akcji ratowniczej, zapoznać pracowników z przepisami przeciwpożarowymi i ustalić sposoby postępowania na wypadek pożaru (art. 4 ust. 1 pkt 2, 4–7 ustawy o ochronie przeciwpożarowej); obowiązki te przejmuje zarządca lub użytkownik na podstawie umowy, a w braku umowy faktycznie władający terenem (art. 4 ust. 1a). Teren budowy wyposaża się w niezbędny sprzęt do gaszenia pożaru (§ 42 ust. 1 rozporządzenia w sprawie BHP podczas wykonywania robót budowlanych).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Przeciwpożarowa Placu Budowy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