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PRACY ŻURAWI W WARUNKACH KOLIZYJNYCH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16 rozporządzenia z 22 października 2018 r. w sprawie BHP przy obsłudze żurawi wieżowych i szybkomontujących (Dz.U. 2018 poz. 2147)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 / wersja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kierująca pracownikami na terenie pracy żurawi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Żurawie w strefie kolizji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2170"/>
        <w:gridCol w:w="1578"/>
        <w:gridCol w:w="1183"/>
        <w:gridCol w:w="1381"/>
        <w:gridCol w:w="2367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Oznaczenie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Typ / producent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 UDT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Wysięg (m)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Wys. haka (m)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Operatorzy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Granice i oznakowanie stref pracy oraz możliwej kolizji (§ 16 ust. 1 pkt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stref; rysunek w załączniku nr 1 (plan placu z zasięgami i strefą kolizji)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Środki zabezpieczające lub ostrzegające przed pracą w strefie kolizyjnej (pkt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Np. system antykolizyjny, ograniczniki strefy, sygnalizacja w kabinie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Pierwszeństwo ruchu (pkt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Który żuraw ma pierwszeństwo, w jakich sytuacjach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Strefy pracy wyłącznie przy wolnych ruchach (pkt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Granice stref i dopuszczalne prędkości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Sygnały i komunikacja operator – sygnalista (pkt 5, § 7, § 16 ust.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Urządzenie komunikacyjne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kanał / 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Dodatkowe urządzenie komunikacyjne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kanał / numer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Sygnały ręczne przy awarii łączności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§ 22 zał. 1 do ogólnych przepisów BHP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Koordynacja pracy żurawi (pkt 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koordynuje, jak uzgadnia się wejście w strefę kolizji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Postępowanie w przypadku awarii lub wypadku (pkt 7)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Zatrzymanie, powiadomienie, odgrodzenie miejsca pod ładunkiem (§ 12 ust. 2, § 13 ust. 2)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Pozwolenie na pracę w warunkach kolizyjnych (pkt 8)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Tryb wydawania pozwolenia, kto podpisuje (osoba wyznaczona przez kierującego pracownikami)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Prędkość wiatru, przy której przerywa się pracę (pkt 9)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Prędkość wiatru w porywach (m/s)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więcej niż 15 m/s, przy ładunkach wielkowymiarowych 10 m/s (§ 11 ust. 1 pkt 7 i 8), chyba że producent określił inaczej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odczyt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wiatromierz na wysokości wysięgnika (§ 20 pkt 5)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POZWOLENIE NA PRACĘ ŻURAWIA W WARUNKACH KOLIZYJNYCH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183"/>
        <w:gridCol w:w="1381"/>
        <w:gridCol w:w="2959"/>
        <w:gridCol w:w="1973"/>
        <w:gridCol w:w="1578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Żuraw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/ godziny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Wydał (osoba wyznaczona)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KARTA PODPISÓW (§ 16 ust. 2 i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565"/>
        <w:gridCol w:w="1381"/>
        <w:gridCol w:w="986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Funkcja: operator / sygnalista / hakowy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przypadku pracy żurawia w warunkach kolizyjnych, stwarzających możliwość zetknięcia się żurawia albo ładunku z innym żurawiem lub obiektem, żuraw jest obsługiwany zgodnie z opracowaną w tym zakresie instrukcją (§ 16 ust. 1). Operator żurawia, sygnalista i hakowy zapoznają się z instrukcją i potwierdzają ten fakt własnoręcznym podpisem na karcie podpisów (§ 16 ust. 4). Przemieszczanie ładunku przy użyciu więcej niż jednego żurawia wymaga osobnej instrukcji (§ 17).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Pracy Żurawi W Warunkach Kolizyjnych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