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UDZIELANIA PIERWSZEJ POMOCY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do wywieszenia przy apteczce i w punkcie pierwszej pomocy (art. 209¹ Kodeksu pracy, § 41 ust. 1 pkt 4 i § 44 ust. 4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i data opracowania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wywieszona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 do wezwania pomocy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dla dyspozytora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ulica, numer, miejscowość, wjazd, brama, miejsce spotkania z karetką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Numer alarmowy: 112. Pogotowie ratunkowe: 999. Dzwoniąc, podaj adres budowy i miejsce spotkania, co się stało, ilu jest poszkodowanych, w jakim są stanie (przytomni, oddychają, krwawią) oraz swoje imię i numer telefonu. Nie odkładaj słuchawki przed dyspozytorem i wykonuj jego polecenia.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Osoby wyznaczone, apteczka i sprzęt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354"/>
        <w:gridCol w:w="1381"/>
        <w:gridCol w:w="2466"/>
        <w:gridCol w:w="2170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Pracownik wyznaczony do pierwszej pomocy: imię i nazwisko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Zmiana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pracy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2466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jest, kto sprawdza zawartość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jest albo „brak”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Defibrylator AED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jest albo „brak”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Woda do płukania oczu i oparzeń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jest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wyznacza pracowników do udzielania pierwszej pomocy, zapewnia środki niezbędne do jej udzielania i łączność ze służbami ratunkowymi (art. 209¹ § 1 KP). Przy apteczkach i w punktach pierwszej pomocy wywiesza się instrukcje o udzielaniu pierwszej pomocy w razie wypadku oraz wykazy pracowników wyznaczonych do obsługi apteczek (§ 44 ust. 3 i 4 ogólnych przepisów BHP). Informacja o wyznaczonych zawiera imię i nazwisko, miejsce wykonywania pracy i numer telefonu (art. 207¹ § 2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Postępowanie krok po kroku (wytyczne pierwszej pomocy, nie przepis)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robisz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Oceń zagrożenie. Nie wchodź w miejsce, w którym sam możesz ulec wypadkowi: pod napięciem, przy ruchomym sprzęcie, w niezabezpieczonym wykopie, w zbiorniku lub studni z gazami. Wyłącz zasilanie, zatrzymaj maszynę, wstrzymaj prace wokół poszkodowanego.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Sprawdź poszkodowanego. Zawołaj go i delikatnie potrząśnij za ramiona. Gdy nie reaguje, odchyl jego głowę, unieś żuchwę i sprawdzaj oddech do 10 sekund.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Wezwij pomoc. Zadzwoń pod 112 albo 999. Gdy jest z tobą druga osoba, wyślij ją na bramę, aby wskazała karetce drogę, i poproś o apteczkę oraz AED. Zawołaj osobę wyznaczoną do pierwszej pomocy.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Poszkodowany nie reaguje i nie oddycha prawidłowo. Uciskaj środek klatki piersiowej 30 razy na głębokość około 5–6 cm w tempie 100–120 na minutę, potem wykonaj 2 oddechy ratownicze. Gdy nie potrafisz lub nie chcesz robić oddechów, uciskaj bez przerwy. Użyj AED od razu, gdy jest dostępny, i wykonuj jego polecenia. Nie przerywaj do przyjazdu zespołu ratownictwa lub powrotu oddechu.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Poszkodowany nie reaguje, ale oddycha prawidłowo. Ułóż go w pozycji bocznej ustalonej, wezwij pomoc i kontroluj oddech. Przy podejrzeniu urazu kręgosłupa nie zmieniaj jego pozycji bez konieczności.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 Powiadom przełożonego o wypadku (art. 211 pkt 6 KP) i ostrzeż osoby w rejonie zagrożenia. Po zakończeniu ratowania zabezpiecz miejsce wypadku, niczego w nim nie przestawiaj.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Najczęstsze sytuacje na budowie (wytyczne pierwszej pomocy, nie przepis)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 i postępowanie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Silny krwotok. Uciskaj ranę bezpośrednio gazą lub czystą tkaniną i nie przerywaj ucisku. Nie zdejmuj przesiąkniętego opatrunku, połóż następny na wierzch. Wezwij pomoc.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Oparzenie. Chłodź chłodną bieżącą wodą co najmniej 10 minut, a jeśli to możliwe do 20 minut, zdejmij biżuterię i luźną odzież. Nie zrywaj przylegających ubrań, nie smaruj oparzenia, nie przekłuwaj pęcherzy. Przy dużym oparzeniu wezwij pomoc.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prądem. Najpierw odłącz zasilanie albo odsuń przewód suchym przedmiotem z materiału nieprzewodzącego. Nie dotykaj poszkodowanego, dopóki napięcie jest włączone. Potem sprawdź oddech i wezwij pomoc.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wysokości, przysypanie, uraz głowy. Nie przemieszczaj poszkodowanego bez konieczności, chyba że grozi mu niebezpieczeństwo. Utrzymuj głowę w osi ciała, wezwij pomoc, kontroluj oddech.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Złamanie, zwichnięcie. Unieruchom kończynę w pozycji, w jakiej ją zastałeś, bez nastawiania. Przy ranie otwartej najpierw zatamuj krwotok. Połóż zimny okład na obrzęk.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Ciało obce lub chemikalia w oku. Płucz oko dużą ilością czystej wody przez kilkanaście minut, od kącika nosowego na zewnątrz. Nie trzyj oka, nie wyjmuj wbitego ciała. Przy chemikaliach sięgnij po kartę charakterystyki.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Zadławienie przy przytomności. Pochyl poszkodowanego do przodu i uderz do 5 razy dłonią między łopatkami, potem uciśnij nadbrzusze do 5 razy. Gdy straci przytomność i nie oddycha, zacznij uciskanie klatki piersiowej.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Brak powietrza lub gazy w zbiorniku, studni, kanale. Nie wchodź do środka bez sprzętu i asekuracji. Wezwij pomoc i straż pożarną, wyprowadź poszkodowanego tylko wtedy, gdy możesz to zrobić bezpiecznie.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Przegrzanie lub wychłodzenie. Przegrzanie: przenieś w cień, rozepnij odzież, chłodź mokrymi okładami, przytomnemu podaj pić. Wychłodzenie: osusz, owiń kocem, izoluj od podłoża. Przy splątaniu lub utracie przytomności wezwij pomoc.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 udzieleniu pomocy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Poszkodowany pracownik, jeśli stan zdrowia na to pozwala, niezwłocznie informuje przełożonego o wypadku (§ 2 rozporządzenia Rady Ministrów z 1 lipca 2009 r., Dz.U. 2009 nr 105 poz. 870). Pracodawca podejmuje działania eliminujące lub ograniczające zagrożenie, zapewnia udzielenie pierwszej pomocy i ustalenie okoliczności wypadku (art. 234 § 1 KP) oraz zabezpiecza miejsce wypadku do czasu ustalenia okoliczności i przyczyn (§ 3 ust. 1 tego rozporządzenia). Zmiany w miejscu wypadku bez zgody są dopuszczalne, gdy zachodzi konieczność ratowania osób lub mienia albo zapobieżenia grożącemu niebezpieczeństwu (§ 3 ust. 4). O śmiertelnym, ciężkim lub zbiorowym wypadku pracodawca niezwłocznie zawiadamia okręgowego inspektora pracy i prokuratora (art. 234 § 2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Potwierdzenie zapoznania z instrukcją (art. 237⁴ § 3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podają treści instrukcji udzielania pierwszej pomocy. Pracodawca zapewnia sprawnie funkcjonujący system pierwszej pomocy i środki do jej udzielania (§ 44 ust. 1 ogólnych przepisów BHP); ilość, usytuowanie i wyposażenie punktów pierwszej pomocy i apteczek ustala w porozumieniu z lekarzem sprawującym profilaktyczną opiekę zdrowotną (§ 44 ust. 2). Kroki z części 3 i 4 to wytyczne pierwszej pomocy uczone na kursach, a nie wymagania przepisów; dostosuj je do kursu, który odbyli wyznaczeni pracownicy. Kto zauważy osobę w stanie nagłego zagrożenia zdrowotnego, w miarę możliwości i umiejętności niezwłocznie powiadamia służby ratunkowe (art. 4 ustawy o Państwowym Ratownictwie Medycznym).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Udzielania Pierwszej Pomocy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