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INSTRUKTAŻ WPROWADZAJĄCY NA BUDOWĘ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informacja o zagrożeniach na terenie budowy dla pracowników firm wykonujących roboty (§ 2 ust. 2 rozporządzenia w sprawie szkolenia w dziedzinie BHP, art. 207¹ i 208 Kodeksu pracy) · PL / UA / EN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 · Будівництво · Site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godzina · Дата · Date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Generalny wykonawca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Kierownik budowy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Prowadzący instruktaż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Koordynator BHP na budowie (art. 208 § 1 pkt 2 KP)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Firma uczestników · Фірма · Company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zleceniodawca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Zakres robót firmy na budowie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Organizacja budowy · Організація будівництва · Site layout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wejścia, drogi i przejścia dla pieszych, drogi dla pojazdów, miejsca parkowania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zaplecze socjalne i sanitarne, miejsce spożywania posiłków, szatnie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miejsca składowania materiałów i gromadzenia odpadów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strefy niebezpieczne i ich oznakowanie: zasięg pracy żurawi, wykopy, strefy pod rusztowaniami i przy krawędziach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i plan BIOZ · Небезпеки · Site hazards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zagrożenia z planu BIOZ dla robót tej firmy i robót prowadzonych obok (art. 21a Prawa budowlanego)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roboty innych firm prowadzone w tym samym czasie i miejscu, zasady współdziałania (art. 208 § 1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bezpiecznego wykonywania robót (IBWR) firmy uczestników: potwierdzenie, że pracownicy ją znają (§ 2 rozporządzenia z 6 lutego 2003 r.)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Środki ochrony indywidualnej · Засоби індивідуального захисту · PPE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środki obowiązkowe na całej budowie: ............................................................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środki w strefach i przy robotach szczególnych (szelki, ochronniki słuchu, ochrona dróg oddechowych): 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środki ochrony indywidualnej stosują wszystkie osoby przebywające na terenie budowy (§ 4 ust. 2 rozporządzenia z 6 lutego 2003 r.)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Praca na wysokości, rusztowania, maszyny · Робота на висоті · Work at height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korzystanie tylko z rusztowań odebranych przez kierownika budowy lub uprawnioną osobę (§ 110), tablica na rusztowaniu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zabezpieczenia krawędzi i otworów; balustrad nie usuwa się bez zgody kierującego robotami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w zasięgu żurawi i maszyn, sygnalizacja, zakaz przebywania pod przenoszonym ładunkiem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korzystanie ze sprzętu generalnego wykonawcy i wymagane uprawnienia operatorów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Wypadek, pierwsza pomoc, ewakuacja · Перша допомога, евакуація · First aid, evacuation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numer alarmowy 112 i telefony budowy: ..................................................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apteczka oraz osoby wyznaczone do udzielania pierwszej pomocy i ewakuacji: imię, nazwisko, telefon (art. 207¹ § 1 pkt 3 i § 2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drogi ewakuacji i miejsce zbiórki: ........................................................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zgłaszanie wypadków, zdarzeń potencjalnie wypadkowych i zagrożeń: komu i jak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zasady prac z ogniem otwartym i sprzęt gaśniczy na budowie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Zasady budowy · Правила будівництва · Site rules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wejście na budowę: identyfikator, lista obecności, godziny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zasady dotyczące alkoholu i środków odurzających z regulaminu budowy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porządek na stanowiskach i drogach komunikacyjnych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 zasady regulaminu budowy: ..........................................................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Instruktaż wprowadzający nie zastępuje szkolenia wstępnego (instruktażu ogólnego i stanowiskowego) ani szkolenia okresowego, które zapewnia pracodawca uczestnika (art. 237³ § 2 KP, § 8-12 i § 15 rozporządzenia w sprawie szkolenia w dziedzinie BHP).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Prowadzący instruktaż (podpis)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Kierownik budowy lub koordynator BHP (podpis)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Lista uczestników · Список учасників · Attendance list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Język instruktażu i tłumacz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jeśli był: imię i nazwisko tłumacza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Pytania uczestników i uwagi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krótko; szczegóły w notatce budowy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Podpisem potwierdzam, że otrzymałem(-am) informacje o zagrożeniach na terenie tej budowy i je zrozumiałem(-am). · Своїм підписом підтверджую, що отримав(-ла) інформацію про небезпеки на цьому будівельному майданчику і зрозумів(-ла) її. · By signing I confirm that I have received and understood the information on hazards on this site.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2959"/>
        <w:gridCol w:w="2170"/>
        <w:gridCol w:w="1775"/>
        <w:gridCol w:w="2367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 · Ім'я та прізвище · Name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Firma · Фірма · Company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 · Посада · Job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 · Підпис · Signature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</w:t>
            </w:r>
          </w:p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10.</w:t>
            </w:r>
          </w:p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11.</w:t>
            </w:r>
          </w:p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12.</w:t>
            </w:r>
          </w:p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13.</w:t>
            </w:r>
          </w:p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14.</w:t>
            </w:r>
          </w:p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15.</w:t>
            </w:r>
          </w:p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16.</w:t>
            </w:r>
          </w:p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17.</w:t>
            </w:r>
          </w:p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18.</w:t>
            </w:r>
          </w:p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19.</w:t>
            </w:r>
          </w:p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20.</w:t>
            </w:r>
          </w:p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21.</w:t>
            </w:r>
          </w:p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22.</w:t>
            </w:r>
          </w:p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236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Tłumaczenia nagłówków na język ukraiński i angielski są pomocnicze. Wiążąca jest treść po polsku. Listę przechowuj w dokumentach budowy razem z planem BIOZ.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Wzór pomocniczy, dostosuj do swojej umowy i stanu faktycznego; nie jest poradą prawną.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Instruktaż Wprowadzający Na Budowę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