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JEDNOSTRONNY PROTOKÓŁ ODBIORU ROBÓT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sporządzony przez wykonawcę wobec niestawiennictwa zamawiającego lub odmowy udziału w odbiorze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rozpoczęcia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zakończenia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Przedstawiciele wykonawcy obecni przy odbiorze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imiona, nazwiska, funkcje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Zgłoszenie gotowości i wezwania do odbioru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762"/>
        <w:gridCol w:w="1381"/>
        <w:gridCol w:w="1381"/>
        <w:gridCol w:w="1973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Pismo lub wpis (rodzaj)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pisma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doręczenia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doręczenia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odbioru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762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Stawiennictwo zamawiającego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zamawiający nie stawił się w wyznaczonym terminie i miejscu; oczekiwano do godziny 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przedstawiciel zamawiającego stawił się, lecz odmówił udziału w odbiorze bez wskazania wad (jego oświadczenie: ..........................................................)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przedstawiciel zamawiającego odmówił podpisania protokołu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Zakres robót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946"/>
        <w:gridCol w:w="887"/>
        <w:gridCol w:w="1479"/>
        <w:gridCol w:w="1479"/>
        <w:gridCol w:w="1479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robót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Jedn.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 wg umowy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 wykonana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946"/>
          </w:tcPr>
          <w:p/>
        </w:tc>
        <w:tc>
          <w:tcPr>
            <w:tcW w:type="dxa" w:w="887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Stan robót w dniu odbioru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stanu robót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kompletność, wyniki prób i badań, zauważone usterki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wykonano dokumentację fotograficzną z datą (wykaz zdjęć w załączniku)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wykonano pomiary (wyniki w załączniku)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dokonano wpisu w dzienniku budowy (data i numer: 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odbiorowe przygotowane do przekazania zamawiającemu (wykaz w załączniku)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Świadkowie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3946"/>
        <w:gridCol w:w="2367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/ funkcja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394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3946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3946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Wnioski wykonawcy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Wnioski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roboty zakończone i gotowe do odbioru; zamawiający, prawidłowo zawiadomiony, nie przystąpił do odbioru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Doręczenie protokołu zamawiającemu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sposób przesłania protokołu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podpis lub numer przesyłki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Przedstawiciel wykonawcy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Świadek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Świadek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Jednostronny Protokół Odbioru Robót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