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KARTA EWIDENCJI ODZIEŻY I OBUWIA ROBOCZEGO ORAZ ŚRODKÓW OCHRONY INDYWIDUALNEJ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przydział i wydanie pracownikowi (art. 237[6]–237[9]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Karta nr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Pracownik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cieśla szalunkowy, operator koparki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/ miejsce pracy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zatrudnienia na stanowisku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Rozmiar odzieży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Rozmiar obuwia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Obwód głowy (kask)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Rozmiar rękawic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Przydział na stanowisku (art. 237[8] § 1 KP)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847"/>
        <w:gridCol w:w="887"/>
        <w:gridCol w:w="1874"/>
        <w:gridCol w:w="2762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84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(odzież, obuwie, ŚOI)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Okres użytkowania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Podstawa (ocena ryzyka, IBWR)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Kask ochronny</w:t>
            </w:r>
          </w:p>
        </w:tc>
        <w:tc>
          <w:tcPr>
            <w:tcW w:type="dxa" w:w="3847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Obuwie robocze z podnoskiem i wkładką antyprzebiciową</w:t>
            </w:r>
          </w:p>
        </w:tc>
        <w:tc>
          <w:tcPr>
            <w:tcW w:type="dxa" w:w="3847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Kamizelka lub odzież ostrzegawcza</w:t>
            </w:r>
          </w:p>
        </w:tc>
        <w:tc>
          <w:tcPr>
            <w:tcW w:type="dxa" w:w="3847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Rękawice ochronne</w:t>
            </w:r>
          </w:p>
        </w:tc>
        <w:tc>
          <w:tcPr>
            <w:tcW w:type="dxa" w:w="3847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Okulary lub osłona twarzy</w:t>
            </w:r>
          </w:p>
        </w:tc>
        <w:tc>
          <w:tcPr>
            <w:tcW w:type="dxa" w:w="3847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Ochronniki słuchu</w:t>
            </w:r>
          </w:p>
        </w:tc>
        <w:tc>
          <w:tcPr>
            <w:tcW w:type="dxa" w:w="3847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Szelki bezpieczeństwa z linką i amortyzatorem</w:t>
            </w:r>
          </w:p>
        </w:tc>
        <w:tc>
          <w:tcPr>
            <w:tcW w:type="dxa" w:w="3847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Ubranie robocze (bluza, spodnie)</w:t>
            </w:r>
          </w:p>
        </w:tc>
        <w:tc>
          <w:tcPr>
            <w:tcW w:type="dxa" w:w="3847"/>
          </w:tcPr>
          <w:p/>
        </w:tc>
        <w:tc>
          <w:tcPr>
            <w:tcW w:type="dxa" w:w="887"/>
          </w:tcPr>
          <w:p/>
        </w:tc>
        <w:tc>
          <w:tcPr>
            <w:tcW w:type="dxa" w:w="1874"/>
          </w:tcPr>
          <w:p/>
        </w:tc>
        <w:tc>
          <w:tcPr>
            <w:tcW w:type="dxa" w:w="276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Wydania i zwroty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2959"/>
        <w:gridCol w:w="690"/>
        <w:gridCol w:w="1183"/>
        <w:gridCol w:w="1282"/>
        <w:gridCol w:w="1282"/>
        <w:gridCol w:w="1282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wydania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Nazwa, model, nr seryjny lub data produkcji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Używać do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zwrotu lub wymiany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pracownika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Wydał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2959"/>
          </w:tcPr>
          <w:p/>
        </w:tc>
        <w:tc>
          <w:tcPr>
            <w:tcW w:type="dxa" w:w="690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2959"/>
          </w:tcPr>
          <w:p/>
        </w:tc>
        <w:tc>
          <w:tcPr>
            <w:tcW w:type="dxa" w:w="690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2959"/>
          </w:tcPr>
          <w:p/>
        </w:tc>
        <w:tc>
          <w:tcPr>
            <w:tcW w:type="dxa" w:w="690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2959"/>
          </w:tcPr>
          <w:p/>
        </w:tc>
        <w:tc>
          <w:tcPr>
            <w:tcW w:type="dxa" w:w="690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2959"/>
          </w:tcPr>
          <w:p/>
        </w:tc>
        <w:tc>
          <w:tcPr>
            <w:tcW w:type="dxa" w:w="690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2959"/>
          </w:tcPr>
          <w:p/>
        </w:tc>
        <w:tc>
          <w:tcPr>
            <w:tcW w:type="dxa" w:w="690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2959"/>
          </w:tcPr>
          <w:p/>
        </w:tc>
        <w:tc>
          <w:tcPr>
            <w:tcW w:type="dxa" w:w="690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2959"/>
          </w:tcPr>
          <w:p/>
        </w:tc>
        <w:tc>
          <w:tcPr>
            <w:tcW w:type="dxa" w:w="690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2959"/>
          </w:tcPr>
          <w:p/>
        </w:tc>
        <w:tc>
          <w:tcPr>
            <w:tcW w:type="dxa" w:w="690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2959"/>
          </w:tcPr>
          <w:p/>
        </w:tc>
        <w:tc>
          <w:tcPr>
            <w:tcW w:type="dxa" w:w="690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2959"/>
          </w:tcPr>
          <w:p/>
        </w:tc>
        <w:tc>
          <w:tcPr>
            <w:tcW w:type="dxa" w:w="690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2959"/>
          </w:tcPr>
          <w:p/>
        </w:tc>
        <w:tc>
          <w:tcPr>
            <w:tcW w:type="dxa" w:w="690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Własna odzież i pranie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pracownik używa za zgodą własnej odzieży i obuwia roboczego na stanowisku, na którym pracodawca to dopuścił (art. 237[7] § 2 KP); ekwiwalent: ........ zł / miesiąc (art. 237[7] §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dotyczy: stanowisko z bezpośrednią obsługą maszyn lub urządzeń albo z intensywnym brudzeniem odzieży (art. 237[7] § 3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pranie zapewnia pracodawca: 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pranie wykonuje pracownik, ekwiwalent w wysokości kosztów: ........ zł / miesiąc (art. 237[9] § 3 KP)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Oświadczenie pracownika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Potwierdzam odbiór środków ochrony indywidualnej oraz odzieży i obuwia roboczego wpisanych w pkt 3. Zostałem poinformowany o sposobie posługiwania się nimi (art. 237[6] § 1 KP). Wiem, że stanowią własność pracodawcy (art. 237[8] § 2 KP), że nie mogę pracować bez środków przewidzianych na stanowisku (art. 237[9] § 1 KP) i że uszkodzenie lub utratę zgłaszam niezwłocznie przełożonemu.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Pracownik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 lub osoba wydająca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jest obowiązany dostarczyć pracownikowi nieodpłatnie środki ochrony indywidualnej zabezpieczające przed działaniem niebezpiecznych i szkodliwych dla zdrowia czynników występujących w środowisku pracy oraz informować go o sposobach posługiwania się tymi środkami (art. 237[6] § 1 KP), a także odzież i obuwie robocze, jeżeli odzież własna może ulec zniszczeniu lub znacznemu zabrudzeniu albo ze względu na wymagania technologiczne, sanitarne lub BHP (art. 237[7] § 1 KP). Pracodawca ustala rodzaje środków oraz przewidywane okresy użytkowania odzieży i obuwia roboczego (art. 237[8] § 1 KP). Pracownik, któremu powierzono z obowiązkiem zwrotu środki ochrony indywidualnej oraz odzież i obuwie robocze, odpowiada w pełnej wysokości za szkodę powstałą w tym mieniu (art. 124 § 1 pkt 2 KP).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Ewidencji Odzieży I Obuwia Roboczego Oraz Środków Ochrony Indywidualnej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