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GWARANCYJNA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oświadczenie gwarancyjne wykonawcy (art. 577–581 KC stosowane odpowiednio)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wystawienia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Gwarant (wykonawca)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Uprawniony z gwarancji (zamawiający)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obiektu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odbioru końcowego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Gwarancja liczona od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odbioru końcowego albo inna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Przedmiot i okres gwarancji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4044"/>
        <w:gridCol w:w="1775"/>
        <w:gridCol w:w="1578"/>
        <w:gridCol w:w="197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04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robót (zakres)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gwarancji (miesiące)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Koniec gwarancji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Konstrukcja i stan surowy</w:t>
            </w:r>
          </w:p>
        </w:tc>
        <w:tc>
          <w:tcPr>
            <w:tcW w:type="dxa" w:w="4044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Pokrycie dachu i obróbki blacharskie</w:t>
            </w:r>
          </w:p>
        </w:tc>
        <w:tc>
          <w:tcPr>
            <w:tcW w:type="dxa" w:w="4044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Instalacje wewnętrzne (wod.-kan., c.o., elektryczna)</w:t>
            </w:r>
          </w:p>
        </w:tc>
        <w:tc>
          <w:tcPr>
            <w:tcW w:type="dxa" w:w="4044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Stolarka okienna i drzwiowa</w:t>
            </w:r>
          </w:p>
        </w:tc>
        <w:tc>
          <w:tcPr>
            <w:tcW w:type="dxa" w:w="4044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Elewacja i roboty wykończeniowe</w:t>
            </w:r>
          </w:p>
        </w:tc>
        <w:tc>
          <w:tcPr>
            <w:tcW w:type="dxa" w:w="4044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Urządzenia (gwarancja producenta przekazana zamawiającemu)</w:t>
            </w:r>
          </w:p>
        </w:tc>
        <w:tc>
          <w:tcPr>
            <w:tcW w:type="dxa" w:w="4044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Gwarant zobowiązuje się usunąć nieodpłatnie wady fizyczne robót wymienionych w tabeli, które ujawnią się w okresie gwarancji. Gdy okres nie został wpisany, gwarancja trwa dwa lata (art. 577 § 4 KC stosowany odpowiednio).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Zgłaszanie wad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Forma zgłoszenia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e-mail / pismo / portal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zgłoszeń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e-mail, adres korespondencyjny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awaryjny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przy awariach zagrażających obiektowi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odpowiedzialna u gwaranta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Terminy usunięcia wad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2959"/>
        <w:gridCol w:w="2959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wady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Przystąpienie do usunięcia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Usunięcie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Awaria (zalanie, brak ogrzewania, zagrożenie bezpieczeństwa)</w:t>
            </w:r>
          </w:p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Wada uniemożliwiająca korzystanie z części obiektu</w:t>
            </w:r>
          </w:p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Pozostałe wady</w:t>
            </w:r>
          </w:p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Gdy termin nie został wpisany, gwarant wykonuje obowiązki niezwłocznie, nie później niż w terminie czternastu dni (art. 580 § 2 KC stosowany odpowiednio).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Wyłączenia odpowiedzialności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wady powstałe z przyczyny tkwiącej w materiale dostarczonym przez zamawiającego (art. 638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uszkodzenia mechaniczne i skutki użytkowania niezgodnego z instrukcjami przekazanymi przy odbiorze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i naprawy wykonane przez inne osoby bez zgody gwaranta, z wyjątkiem wykonania zastępczego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zużycie elementów eksploatacyjnych (uszczelki, filtry, żarówki)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przeglądów i konserwacji wskazanych w instrukcjach: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Przeglądy gwarancyjne i przedłużenie gwarancji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Przeglądy gwarancyjne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częstotliwość, kto zwołuje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Ostatni przegląd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przed upływem gwarancji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 wymianie elementu na wolny od wad albo po istotnej naprawie gwarancja na ten element biegnie na nowo. W innych przypadkach okres gwarancji przedłuża się o czas, w którym zamawiający nie mógł korzystać z obiektu lub jego części z powodu wady (art. 581 KC stosowany odpowiednio).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Wykonanie zastępcze i rękojmia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Jeżeli gwarant nie usunie wady w terminie z pkt 4, zamawiający może zlecić jej usunięcie innej firmie na koszt gwaranta po wcześniejszym pisemnym wezwaniu z dodatkowym terminem ........ dni. Uprawnienia z gwarancji nie ograniczają uprawnień zamawiającego z tytułu rękojmi (art. 579 KC stosowany odpowiednio).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Rejestr zgłoszeń i napraw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381"/>
        <w:gridCol w:w="3255"/>
        <w:gridCol w:w="1381"/>
        <w:gridCol w:w="1677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zgłoszenia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wady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usunięcia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gwaranta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zamawiającego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381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381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381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381"/>
          </w:tcPr>
          <w:p/>
        </w:tc>
        <w:tc>
          <w:tcPr>
            <w:tcW w:type="dxa" w:w="3255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gwaranta (imię, nazwisko, funkcja,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Przyjął zamawiający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 gwarancji udzielonej w tej karcie stosuje się odpowiednio art. 577–581 KC; do rękojmi za wady wykonanego obiektu stosuje się odpowiednio przepisy o umowie o dzieło (art. 656 § 1 KC). Udzielenie gwarancji następuje przez złożenie oświadczenia gwarancyjnego, które określa obowiązki gwaranta i uprawnienia uprawnionego (art. 577 § 1 KC). Jeżeli nie zastrzeżono innego terminu, termin gwarancji wynosi dwa lata (art. 577 § 4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Gwarancyjna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