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KONTROLI APTECZKI PIERWSZEJ POMOCY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wyposażenie, terminy ważności i uzupełnienia (§ 44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lub zakład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obiekt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apteczki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apteczki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kontener, budynek, kondygnacja, pojazd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apteczka ogólna w wydziale lub miejscu pracy brygady (§ 44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apteczka podręczna przy robotach impregnacyjnych i odgrzybieniowych (§ 187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pierwszej pomocy w kabinie żurawia (§ 20 pkt 6 rozp. Dz.U. 2018 poz. 2147)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inna (pojazd, punkt pierwszej pomocy):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Skład uzgodniony z lekarzem medycyny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lekarz (§ 44 ust. 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Częstotliwość kontroli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raz w miesiącu i po każdym użyciu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Osoby wyznaczone do obsługi apteczki (§ 44 ust.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157"/>
        <w:gridCol w:w="2170"/>
        <w:gridCol w:w="1973"/>
        <w:gridCol w:w="2565"/>
      </w:tblGrid>
      <w:tr>
        <w:trPr>
          <w:cantSplit/>
        </w:trPr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Zmiana / brygada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kursu pierwszej pomocy</w:t>
            </w:r>
          </w:p>
        </w:tc>
      </w:tr>
      <w:tr>
        <w:trPr>
          <w:trHeight w:val="481" w:hRule="atLeast"/>
          <w:cantSplit/>
        </w:trPr>
        <w:tc>
          <w:tcPr>
            <w:tcW w:type="dxa" w:w="3157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157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Warunki przy apteczce (§ 44 ust. 4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wywieszona instrukcja udzielania pierwszej pomocy w razie wypadku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wywieszony wykaz pracowników wyznaczonych do obsługi apteczki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oznakowane znakiem pierwszej pomocy i łatwo dostępne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numer alarmowy 112 i adres budowy dla dyspozytora przy apteczce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impregnacji: środki przeciw oparzeniom i zatruciom, opatrunki i numer najbliższego punktu pomocy medycznej (§ 187)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Wyposażenie (według ustaleń z lekarzem)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749"/>
        <w:gridCol w:w="1282"/>
        <w:gridCol w:w="1282"/>
        <w:gridCol w:w="1479"/>
        <w:gridCol w:w="147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wymagana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stwierdzona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ważności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Uzupełniono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374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podają składu apteczki. Ilość, usytuowanie i wyposażenie apteczek ustala się w porozumieniu z lekarzem sprawującym profilaktyczną opiekę zdrowotną nad pracownikami, z uwzględnieniem rodzajów i nasilenia zagrożeń (§ 44 ust. 2). Wpisz pozycje z tych ustaleń.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Rejestr kontroli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1677"/>
        <w:gridCol w:w="2367"/>
        <w:gridCol w:w="1282"/>
        <w:gridCol w:w="2071"/>
        <w:gridCol w:w="1381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Kontrolujący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Braki i przeterminowane środki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Uzupełniono (data)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Zużycie po zdarzeniu (data, co)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1282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(np. zmiana miejsca apteczki, nowe ustalenia z lekarzem, zgłoszenie do przełożonego)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odpowiedzialna za apteczkę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lub pracodawca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zapewnia środki niezbędne do udzielania pierwszej pomocy i wyznacza pracowników do jej udzielania (art. 209¹ § 1 pkt 1 i 2 Kodeksu pracy). Obsługę apteczek na każdej zmianie powierza się wyznaczonym pracownikom przeszkolonym w udzielaniu pierwszej pomocy (§ 44 ust. 3). Przepisy nie podają wzoru karty ani częstotliwości kontroli; ustala je pracodawca. Wypadek przy pracy wpisuje się do rejestru wypadków, a karta potwierdza tylko uzupełnienie zużytych środków.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Kontroli Apteczki Pierwszej Pomocy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