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KARTA PRZEGLĄDU DRABIN PRZENOŚNYCH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drabiny przystawne, rozstawne i wysuwane: § 50 rozporządzenia w sprawie ogólnych przepisów BHP, § 141 rozporządzenia w sprawie BHP podczas wykonywania robót budowlanych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Karta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Karta prowadzona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Budowa i osoby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Budowa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 lub brygada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firma, adres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Prowadzący kartę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Okres przeglądu okresowego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ustala pracodawca; wpisz też okres z instrukcji producenta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Wykaz drabin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789"/>
        <w:gridCol w:w="1183"/>
        <w:gridCol w:w="1775"/>
        <w:gridCol w:w="1578"/>
        <w:gridCol w:w="1578"/>
        <w:gridCol w:w="1183"/>
        <w:gridCol w:w="1775"/>
      </w:tblGrid>
      <w:tr>
        <w:trPr>
          <w:cantSplit/>
        </w:trPr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ewid.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Rodzaj (P, R, W, inna)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Materiał, długość lub wysokość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Obciążenie z tabliczki, norma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Producent, typ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 wprowadzenia do użycia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Miejsce, użytkownik</w:t>
            </w:r>
          </w:p>
        </w:tc>
      </w:tr>
      <w:tr>
        <w:trPr>
          <w:trHeight w:val="481" w:hRule="atLeast"/>
          <w:cantSplit/>
        </w:trPr>
        <w:tc>
          <w:tcPr>
            <w:tcW w:type="dxa" w:w="789"/>
          </w:tcPr>
          <w:p/>
        </w:tc>
        <w:tc>
          <w:tcPr>
            <w:tcW w:type="dxa" w:w="1183"/>
          </w:tcPr>
          <w:p/>
        </w:tc>
        <w:tc>
          <w:tcPr>
            <w:tcW w:type="dxa" w:w="1775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183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789"/>
          </w:tcPr>
          <w:p/>
        </w:tc>
        <w:tc>
          <w:tcPr>
            <w:tcW w:type="dxa" w:w="1183"/>
          </w:tcPr>
          <w:p/>
        </w:tc>
        <w:tc>
          <w:tcPr>
            <w:tcW w:type="dxa" w:w="1775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183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789"/>
          </w:tcPr>
          <w:p/>
        </w:tc>
        <w:tc>
          <w:tcPr>
            <w:tcW w:type="dxa" w:w="1183"/>
          </w:tcPr>
          <w:p/>
        </w:tc>
        <w:tc>
          <w:tcPr>
            <w:tcW w:type="dxa" w:w="1775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183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789"/>
          </w:tcPr>
          <w:p/>
        </w:tc>
        <w:tc>
          <w:tcPr>
            <w:tcW w:type="dxa" w:w="1183"/>
          </w:tcPr>
          <w:p/>
        </w:tc>
        <w:tc>
          <w:tcPr>
            <w:tcW w:type="dxa" w:w="1775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183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789"/>
          </w:tcPr>
          <w:p/>
        </w:tc>
        <w:tc>
          <w:tcPr>
            <w:tcW w:type="dxa" w:w="1183"/>
          </w:tcPr>
          <w:p/>
        </w:tc>
        <w:tc>
          <w:tcPr>
            <w:tcW w:type="dxa" w:w="1775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183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789"/>
          </w:tcPr>
          <w:p/>
        </w:tc>
        <w:tc>
          <w:tcPr>
            <w:tcW w:type="dxa" w:w="1183"/>
          </w:tcPr>
          <w:p/>
        </w:tc>
        <w:tc>
          <w:tcPr>
            <w:tcW w:type="dxa" w:w="1775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183"/>
          </w:tcPr>
          <w:p/>
        </w:tc>
        <w:tc>
          <w:tcPr>
            <w:tcW w:type="dxa" w:w="177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Rodzaj: P przystawna, R rozstawna, W wysuwana. Drabiny przenośne stosowane w zakładach pracy powinny spełniać wymagania Polskich Norm (§ 50 ust. 1 ogólnych przepisów BHP); numer normy przepisz z oznaczenia na drabinie.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Lista kontrolna oględzin (przed użyciem i przy przeglądzie)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524"/>
        <w:gridCol w:w="789"/>
        <w:gridCol w:w="986"/>
        <w:gridCol w:w="2565"/>
      </w:tblGrid>
      <w:tr>
        <w:trPr>
          <w:cantSplit/>
        </w:trPr>
        <w:tc>
          <w:tcPr>
            <w:tcW w:type="dxa" w:w="552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Element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OK</w:t>
            </w:r>
          </w:p>
        </w:tc>
        <w:tc>
          <w:tcPr>
            <w:tcW w:type="dxa" w:w="98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Usterka</w:t>
            </w:r>
          </w:p>
        </w:tc>
        <w:tc>
          <w:tcPr>
            <w:tcW w:type="dxa" w:w="256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Uwagi</w:t>
            </w:r>
          </w:p>
        </w:tc>
      </w:tr>
      <w:tr>
        <w:trPr>
          <w:trHeight w:val="481" w:hRule="atLeast"/>
          <w:cantSplit/>
        </w:trPr>
        <w:tc>
          <w:tcPr>
            <w:tcW w:type="dxa" w:w="552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Drabina nieuszkodzona (stosowanie drabin uszkodzonych jest niedopuszczalne, § 50 ust. 2 pkt 1)</w:t>
            </w:r>
          </w:p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552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Szczeble i stopnie: bez pęknięć, wgnieceń i luzów, bez śladów prowizorycznej naprawy</w:t>
            </w:r>
          </w:p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552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Podłużnice: proste, bez pęknięć, korozji i przeróbek</w:t>
            </w:r>
          </w:p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552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Stopki antypoślizgowe: kompletne i niezużyte</w:t>
            </w:r>
          </w:p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552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Rozstawna: zawiasy, ogranicznik rozwarcia i blokady działają</w:t>
            </w:r>
          </w:p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552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Wysuwana: zaczepy, lina i blokady działają, człony chodzą bez zacięć</w:t>
            </w:r>
          </w:p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552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Powierzchnie bez błota, oleju, farby i innych śliskich zanieczyszczeń</w:t>
            </w:r>
          </w:p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552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Oznaczenia producenta, obciążenia i normy czytelne</w:t>
            </w:r>
          </w:p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552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Bez pałąków i dłuższa niż 4 m: prowadnica pionowa do urządzenia samohamującego (§ 141)</w:t>
            </w:r>
          </w:p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  <w:tc>
          <w:tcPr>
            <w:tcW w:type="dxa" w:w="25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zapewnia systematyczne kontrole stanu bezpieczeństwa i higieny pracy oraz ustala sposoby rejestracji nieprawidłowości i metody ich usuwania (§ 40 ust. 1 ogólnych przepisów BHP). Przy pracach na drabinach na wysokości powyżej 2 m przed rozpoczęciem prac sprawdza się stan techniczny urządzeń, na których mają być wykonywane, w tym ich stabilność (§ 110 ust. 1 pkt 1). Przepisy nie wymagają tej karty i nie podają terminu przeglądu drabin.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Przeglądy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"/>
        <w:gridCol w:w="887"/>
        <w:gridCol w:w="789"/>
        <w:gridCol w:w="2663"/>
        <w:gridCol w:w="1578"/>
        <w:gridCol w:w="1677"/>
        <w:gridCol w:w="1282"/>
      </w:tblGrid>
      <w:tr>
        <w:trPr>
          <w:cantSplit/>
        </w:trPr>
        <w:tc>
          <w:tcPr>
            <w:tcW w:type="dxa" w:w="98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88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ewid.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Powód (P, O, Z)</w:t>
            </w:r>
          </w:p>
        </w:tc>
        <w:tc>
          <w:tcPr>
            <w:tcW w:type="dxa" w:w="266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Wynik oględzin, usterki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Decyzja</w:t>
            </w:r>
          </w:p>
        </w:tc>
        <w:tc>
          <w:tcPr>
            <w:tcW w:type="dxa" w:w="167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Sprawdzający: imię, nazwisko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789"/>
          </w:tcPr>
          <w:p/>
        </w:tc>
        <w:tc>
          <w:tcPr>
            <w:tcW w:type="dxa" w:w="2663"/>
          </w:tcPr>
          <w:p/>
        </w:tc>
        <w:tc>
          <w:tcPr>
            <w:tcW w:type="dxa" w:w="1578"/>
          </w:tcPr>
          <w:p/>
        </w:tc>
        <w:tc>
          <w:tcPr>
            <w:tcW w:type="dxa" w:w="1677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789"/>
          </w:tcPr>
          <w:p/>
        </w:tc>
        <w:tc>
          <w:tcPr>
            <w:tcW w:type="dxa" w:w="2663"/>
          </w:tcPr>
          <w:p/>
        </w:tc>
        <w:tc>
          <w:tcPr>
            <w:tcW w:type="dxa" w:w="1578"/>
          </w:tcPr>
          <w:p/>
        </w:tc>
        <w:tc>
          <w:tcPr>
            <w:tcW w:type="dxa" w:w="1677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789"/>
          </w:tcPr>
          <w:p/>
        </w:tc>
        <w:tc>
          <w:tcPr>
            <w:tcW w:type="dxa" w:w="2663"/>
          </w:tcPr>
          <w:p/>
        </w:tc>
        <w:tc>
          <w:tcPr>
            <w:tcW w:type="dxa" w:w="1578"/>
          </w:tcPr>
          <w:p/>
        </w:tc>
        <w:tc>
          <w:tcPr>
            <w:tcW w:type="dxa" w:w="1677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789"/>
          </w:tcPr>
          <w:p/>
        </w:tc>
        <w:tc>
          <w:tcPr>
            <w:tcW w:type="dxa" w:w="2663"/>
          </w:tcPr>
          <w:p/>
        </w:tc>
        <w:tc>
          <w:tcPr>
            <w:tcW w:type="dxa" w:w="1578"/>
          </w:tcPr>
          <w:p/>
        </w:tc>
        <w:tc>
          <w:tcPr>
            <w:tcW w:type="dxa" w:w="1677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789"/>
          </w:tcPr>
          <w:p/>
        </w:tc>
        <w:tc>
          <w:tcPr>
            <w:tcW w:type="dxa" w:w="2663"/>
          </w:tcPr>
          <w:p/>
        </w:tc>
        <w:tc>
          <w:tcPr>
            <w:tcW w:type="dxa" w:w="1578"/>
          </w:tcPr>
          <w:p/>
        </w:tc>
        <w:tc>
          <w:tcPr>
            <w:tcW w:type="dxa" w:w="1677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789"/>
          </w:tcPr>
          <w:p/>
        </w:tc>
        <w:tc>
          <w:tcPr>
            <w:tcW w:type="dxa" w:w="2663"/>
          </w:tcPr>
          <w:p/>
        </w:tc>
        <w:tc>
          <w:tcPr>
            <w:tcW w:type="dxa" w:w="1578"/>
          </w:tcPr>
          <w:p/>
        </w:tc>
        <w:tc>
          <w:tcPr>
            <w:tcW w:type="dxa" w:w="1677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789"/>
          </w:tcPr>
          <w:p/>
        </w:tc>
        <w:tc>
          <w:tcPr>
            <w:tcW w:type="dxa" w:w="2663"/>
          </w:tcPr>
          <w:p/>
        </w:tc>
        <w:tc>
          <w:tcPr>
            <w:tcW w:type="dxa" w:w="1578"/>
          </w:tcPr>
          <w:p/>
        </w:tc>
        <w:tc>
          <w:tcPr>
            <w:tcW w:type="dxa" w:w="1677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789"/>
          </w:tcPr>
          <w:p/>
        </w:tc>
        <w:tc>
          <w:tcPr>
            <w:tcW w:type="dxa" w:w="2663"/>
          </w:tcPr>
          <w:p/>
        </w:tc>
        <w:tc>
          <w:tcPr>
            <w:tcW w:type="dxa" w:w="1578"/>
          </w:tcPr>
          <w:p/>
        </w:tc>
        <w:tc>
          <w:tcPr>
            <w:tcW w:type="dxa" w:w="1677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789"/>
          </w:tcPr>
          <w:p/>
        </w:tc>
        <w:tc>
          <w:tcPr>
            <w:tcW w:type="dxa" w:w="2663"/>
          </w:tcPr>
          <w:p/>
        </w:tc>
        <w:tc>
          <w:tcPr>
            <w:tcW w:type="dxa" w:w="1578"/>
          </w:tcPr>
          <w:p/>
        </w:tc>
        <w:tc>
          <w:tcPr>
            <w:tcW w:type="dxa" w:w="1677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789"/>
          </w:tcPr>
          <w:p/>
        </w:tc>
        <w:tc>
          <w:tcPr>
            <w:tcW w:type="dxa" w:w="2663"/>
          </w:tcPr>
          <w:p/>
        </w:tc>
        <w:tc>
          <w:tcPr>
            <w:tcW w:type="dxa" w:w="1578"/>
          </w:tcPr>
          <w:p/>
        </w:tc>
        <w:tc>
          <w:tcPr>
            <w:tcW w:type="dxa" w:w="1677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789"/>
          </w:tcPr>
          <w:p/>
        </w:tc>
        <w:tc>
          <w:tcPr>
            <w:tcW w:type="dxa" w:w="2663"/>
          </w:tcPr>
          <w:p/>
        </w:tc>
        <w:tc>
          <w:tcPr>
            <w:tcW w:type="dxa" w:w="1578"/>
          </w:tcPr>
          <w:p/>
        </w:tc>
        <w:tc>
          <w:tcPr>
            <w:tcW w:type="dxa" w:w="1677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789"/>
          </w:tcPr>
          <w:p/>
        </w:tc>
        <w:tc>
          <w:tcPr>
            <w:tcW w:type="dxa" w:w="2663"/>
          </w:tcPr>
          <w:p/>
        </w:tc>
        <w:tc>
          <w:tcPr>
            <w:tcW w:type="dxa" w:w="1578"/>
          </w:tcPr>
          <w:p/>
        </w:tc>
        <w:tc>
          <w:tcPr>
            <w:tcW w:type="dxa" w:w="1677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789"/>
          </w:tcPr>
          <w:p/>
        </w:tc>
        <w:tc>
          <w:tcPr>
            <w:tcW w:type="dxa" w:w="2663"/>
          </w:tcPr>
          <w:p/>
        </w:tc>
        <w:tc>
          <w:tcPr>
            <w:tcW w:type="dxa" w:w="1578"/>
          </w:tcPr>
          <w:p/>
        </w:tc>
        <w:tc>
          <w:tcPr>
            <w:tcW w:type="dxa" w:w="1677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789"/>
          </w:tcPr>
          <w:p/>
        </w:tc>
        <w:tc>
          <w:tcPr>
            <w:tcW w:type="dxa" w:w="2663"/>
          </w:tcPr>
          <w:p/>
        </w:tc>
        <w:tc>
          <w:tcPr>
            <w:tcW w:type="dxa" w:w="1578"/>
          </w:tcPr>
          <w:p/>
        </w:tc>
        <w:tc>
          <w:tcPr>
            <w:tcW w:type="dxa" w:w="1677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789"/>
          </w:tcPr>
          <w:p/>
        </w:tc>
        <w:tc>
          <w:tcPr>
            <w:tcW w:type="dxa" w:w="2663"/>
          </w:tcPr>
          <w:p/>
        </w:tc>
        <w:tc>
          <w:tcPr>
            <w:tcW w:type="dxa" w:w="1578"/>
          </w:tcPr>
          <w:p/>
        </w:tc>
        <w:tc>
          <w:tcPr>
            <w:tcW w:type="dxa" w:w="1677"/>
          </w:tcPr>
          <w:p/>
        </w:tc>
        <w:tc>
          <w:tcPr>
            <w:tcW w:type="dxa" w:w="1282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Powód: P przy przyjęciu na budowę lub po zwrocie od użytkownika, O przegląd okresowy, Z po upadku, uderzeniu, naprawie lub długim składowaniu na zewnątrz. Decyzja: dopuszczona, dopuszczona po usunięciu usterki, wycofana z użytkowania.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Drabiny wycofane z użytkowania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085"/>
        <w:gridCol w:w="887"/>
        <w:gridCol w:w="3354"/>
        <w:gridCol w:w="2170"/>
        <w:gridCol w:w="1381"/>
        <w:gridCol w:w="986"/>
      </w:tblGrid>
      <w:tr>
        <w:trPr>
          <w:cantSplit/>
        </w:trPr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88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ewid.</w:t>
            </w:r>
          </w:p>
        </w:tc>
        <w:tc>
          <w:tcPr>
            <w:tcW w:type="dxa" w:w="335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Usterka</w:t>
            </w:r>
          </w:p>
        </w:tc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Oznakowanie i zabezpieczenie przed użyciem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Naprawa lub złomowanie</w:t>
            </w:r>
          </w:p>
        </w:tc>
        <w:tc>
          <w:tcPr>
            <w:tcW w:type="dxa" w:w="98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887"/>
          </w:tcPr>
          <w:p/>
        </w:tc>
        <w:tc>
          <w:tcPr>
            <w:tcW w:type="dxa" w:w="3354"/>
          </w:tcPr>
          <w:p/>
        </w:tc>
        <w:tc>
          <w:tcPr>
            <w:tcW w:type="dxa" w:w="2170"/>
          </w:tcPr>
          <w:p/>
        </w:tc>
        <w:tc>
          <w:tcPr>
            <w:tcW w:type="dxa" w:w="1381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887"/>
          </w:tcPr>
          <w:p/>
        </w:tc>
        <w:tc>
          <w:tcPr>
            <w:tcW w:type="dxa" w:w="3354"/>
          </w:tcPr>
          <w:p/>
        </w:tc>
        <w:tc>
          <w:tcPr>
            <w:tcW w:type="dxa" w:w="2170"/>
          </w:tcPr>
          <w:p/>
        </w:tc>
        <w:tc>
          <w:tcPr>
            <w:tcW w:type="dxa" w:w="1381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887"/>
          </w:tcPr>
          <w:p/>
        </w:tc>
        <w:tc>
          <w:tcPr>
            <w:tcW w:type="dxa" w:w="3354"/>
          </w:tcPr>
          <w:p/>
        </w:tc>
        <w:tc>
          <w:tcPr>
            <w:tcW w:type="dxa" w:w="2170"/>
          </w:tcPr>
          <w:p/>
        </w:tc>
        <w:tc>
          <w:tcPr>
            <w:tcW w:type="dxa" w:w="1381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887"/>
          </w:tcPr>
          <w:p/>
        </w:tc>
        <w:tc>
          <w:tcPr>
            <w:tcW w:type="dxa" w:w="3354"/>
          </w:tcPr>
          <w:p/>
        </w:tc>
        <w:tc>
          <w:tcPr>
            <w:tcW w:type="dxa" w:w="2170"/>
          </w:tcPr>
          <w:p/>
        </w:tc>
        <w:tc>
          <w:tcPr>
            <w:tcW w:type="dxa" w:w="1381"/>
          </w:tcPr>
          <w:p/>
        </w:tc>
        <w:tc>
          <w:tcPr>
            <w:tcW w:type="dxa" w:w="986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Przy używaniu drabin przenośnych niedopuszczalne jest w szczególności: stosowanie drabin uszkodzonych, stosowanie drabiny jako drogi stałego transportu i do przenoszenia ciężarów powyżej 10 kg, używanie rozstawnej jako przystawnej, ustawianie na niestabilnym podłożu, wchodzenie i schodzenie plecami do drabiny oraz przenoszenie drabiny dłuższej niż 4 m przez jedną osobę (§ 50 ust. 2 pkt 1–2, 4–5, 9–10). Drabina przystawna wystaje ponad powierzchnię, na którą prowadzi, co najmniej 0,75 m, a kąt jej nachylenia wynosi od 65° do 75° (§ 50 ust. 3). Roboty murarskie i tynkarskie z drabin przystawnych są zabronione (§ 189 rozp. Dz.U. 2003 nr 47 poz. 401), ciesielskie wolno wykonywać z drabin do 3 m (§ 194), a malarskie z drabin rozstawnych do 4 m od podłogi (§ 48 ust. 1).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Przeglądu Drabin Przenośnych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