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PRZEGLĄDÓW ELEKTRONARZĘDZI I PRZEDŁUŻACZY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kontrola zgodnie z instrukcją producenta, wyniki odnotowuje i przechowuje kierownik robót lub mistrz budowlany (§ 105 i § 5 rozporządzenia w sprawie BHP podczas wykonywania robót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osoby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 / brygada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Przechowujący wyniki (§ 105)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kierownik robót albo mistrz budowlany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wykonująca pomiary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nr świadectwa kwalifikacyjnego (§ 54)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prowadzona od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Rozdzielnice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kontroli instalacji nr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Lista kontrolna oględzin (uzupełnij według instrukcji producenta)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789"/>
        <w:gridCol w:w="986"/>
        <w:gridCol w:w="2565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Narzędzie: obudowa bez pęknięć, osłony i rękojeść dodatkowa na miejscu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Narzędzie: przewód i wtyczka bez przecięć i nadpaleń, odgiętka cała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Narzędzie: wyłącznik działa i wraca do pozycji wyłączonej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Narzędzie: uchwyt, tarcza lub wiertło właściwe i zamocowane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Narzędzie: tabliczka znamionowa czytelna, numer ewidencyjny widoczny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Przedłużacz: izolacja przewodu cała, bez zgnieceń i prowizorycznych łączeń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Przedłużacz: gniazda i wtyk bez pęknięć i nadpaleń, bęben bez uszkodzeń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Przewody łączące instalację z urządzeniami zabezpiecza się przed uszkodzeniami mechanicznymi (§ 57 ust. 2). Działanie wyłączników różnicowoprądowych w instalacji sprawdza się przed każdym przystąpieniem do pracy (§ 59 ust. 1); rozdzielnice kontroluje się według § 58 na osobnym protokole.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Wykaz narzędzi i przedłużaczy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887"/>
        <w:gridCol w:w="2663"/>
        <w:gridCol w:w="1479"/>
        <w:gridCol w:w="887"/>
        <w:gridCol w:w="1479"/>
        <w:gridCol w:w="2466"/>
      </w:tblGrid>
      <w:tr>
        <w:trPr>
          <w:cantSplit/>
        </w:trPr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Rodzaj, producent, typ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fabryczny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Klasa ochr.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Kontrola co (wg producenta)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Użytkownik</w:t>
            </w:r>
          </w:p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887"/>
          </w:tcPr>
          <w:p/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Kontrole (§ 105; rodzaj: W, O, S)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"/>
        <w:gridCol w:w="789"/>
        <w:gridCol w:w="690"/>
        <w:gridCol w:w="2565"/>
        <w:gridCol w:w="1381"/>
        <w:gridCol w:w="1282"/>
        <w:gridCol w:w="1282"/>
        <w:gridCol w:w="887"/>
      </w:tblGrid>
      <w:tr>
        <w:trPr>
          <w:cantSplit/>
        </w:trPr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Oględziny: wynik, usterki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Pomiary: wynik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Decyzja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Sprawdzający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986"/>
          </w:tcPr>
          <w:p/>
        </w:tc>
        <w:tc>
          <w:tcPr>
            <w:tcW w:type="dxa" w:w="789"/>
          </w:tcPr>
          <w:p/>
        </w:tc>
        <w:tc>
          <w:tcPr>
            <w:tcW w:type="dxa" w:w="69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88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Rodzaj: W przy przyjęciu na budowę, O okresowa według instrukcji producenta, S specjalna po naprawie, modyfikacji, upadku, zalaniu, długim postoju lub wypadku (§ 27 rozp. o minimalnych wymaganiach przy użytkowaniu maszyn). Pomiary wpisuje osoba z uprawnieniami (§ 54). Decyzja: dopuszczone, do naprawy, wycofane.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Narzędzia wycofane z użytkowania (§ 58 ust. 3 ogólnych przepisów BHP)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887"/>
        <w:gridCol w:w="3354"/>
        <w:gridCol w:w="2170"/>
        <w:gridCol w:w="1381"/>
        <w:gridCol w:w="986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ewid.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Oznakowanie / zabezpieczenie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Naprawa / złomowanie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887"/>
          </w:tcPr>
          <w:p/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Narzędzia ręczne o napędzie elektrycznym należy kontrolować zgodnie z instrukcją producenta; wyniki kontroli powinny być odnotowywane i przechowywane przez kierownika robót lub mistrza budowlanego (§ 105 i § 5 rozp. w sprawie BHP podczas wykonywania robót budowlanych). Uszkodzone narzędzie unieruchamia się i odłącza dopływ energii (§ 67); używanie narzędzi uszkodzonych i ich samowolne przeróbki są zabronione (§ 102). Wyniki kontroli maszyn, w tym narzędzi, rejestruje się i przechowuje przez 5 lat; poza zakładem w miejscu użytkowania powinien być dokument ostatniej kontroli (§ 1 pkt 1 i § 28 rozp. z 30 października 2002 r., Dz.U. 2002 nr 191 poz. 1596).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Przeglądów Elektronarzędzi I Przedłużaczy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