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PRZEGLĄDU GAŚNIC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wykaz gaśnic, przeglądy techniczne i czynności konserwacyjne w okresach ustalonych przez producenta, nie rzadziej niż raz w roku (§ 3 ust. 2–3 rozporządzenia MSWiA w sprawie ochrony przeciwpożarowej, t.j. Dz.U. 2023 poz. 822)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Władający terenem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(art. 4 ust. 1a ustawy o ochronie ppoż.)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Kartę prowadzi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Firma wykonująca przeglądy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Wykaz gaśnic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874"/>
        <w:gridCol w:w="789"/>
        <w:gridCol w:w="986"/>
        <w:gridCol w:w="1282"/>
        <w:gridCol w:w="2170"/>
        <w:gridCol w:w="1085"/>
        <w:gridCol w:w="108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Typ i środek gaśniczy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Masa kg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Grupy pożarów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Producent, rok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ustawienia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Ostatni przegląd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Następny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/>
        </w:tc>
        <w:tc>
          <w:tcPr>
            <w:tcW w:type="dxa" w:w="1874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2170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Grupy pożarów: A materiały stałe, B ciecze i topiące się ciała stałe, C gazy, D metale, F tłuszcze i oleje w urządzeniach kuchennych (§ 32 ust. 2). Odległość z każdego miejsca, w którym może przebywać człowiek, do najbliższej gaśnicy nie powinna przekraczać 30 m, a dostęp do gaśnicy ma szerokość co najmniej 1 m (§ 33 ust. 2).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Oględziny na budowie (§ 42 ust. 2 rozporządzenia o BHP przy robotach budowlanych)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116"/>
        <w:gridCol w:w="789"/>
        <w:gridCol w:w="986"/>
        <w:gridCol w:w="1973"/>
      </w:tblGrid>
      <w:tr>
        <w:trPr>
          <w:cantSplit/>
        </w:trPr>
        <w:tc>
          <w:tcPr>
            <w:tcW w:type="dxa" w:w="611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Gaśnica na miejscu z wykazu, widoczna, miejsce oznakowane (§ 4 ust. 2 pkt 4 lit. b)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Dostęp nieograniczony, co najmniej 1 m (§ 4 ust. 1 pkt 18 lit. a, § 33 ust. 2)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Plomba i zawleczka na miejscu, brak śladów użycia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Wskaźnik ciśnienia w polu pracy (gaśnice z manometrem)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Obudowa, wąż i dysza bez uszkodzeń i korozji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Etykieta czytelna, termin przeglądu nieprzekroczony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Gaśnica chroniona przed uszkodzeniem i źródłami ciepła (§ 33 ust. 1 pkt 2)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Przeglądy, konserwacja i oględziny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887"/>
        <w:gridCol w:w="887"/>
        <w:gridCol w:w="2170"/>
        <w:gridCol w:w="2367"/>
        <w:gridCol w:w="1183"/>
        <w:gridCol w:w="1381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gaśnicy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P, K, O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Wykonawca, nr protokołu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Wynik, usterki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Następny termin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887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Rodzaj: P przegląd techniczny, K czynności konserwacyjne (według Polskich Norm, dokumentacji techniczno-ruchowej i instrukcji producenta, § 3 ust. 2), O oględziny na budowie. Przeglądy i konserwacja w okresach ustalonych przez producenta, nie rzadziej niż raz w roku (§ 3 ust. 3).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Gaśnice wycofane, uzupełnione lub przeniesione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986"/>
        <w:gridCol w:w="3650"/>
        <w:gridCol w:w="2565"/>
        <w:gridCol w:w="1578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gaśnicy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Powód: użyta, uszkodzona, bez przeglądu, przeniesiona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Gaśnica zastępcza / nowe miejsce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986"/>
          </w:tcPr>
          <w:p/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Prowadzący kartę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Urządzenia przeciwpożarowe oraz gaśnice przenośne i przewoźne powinny być poddawane przeglądom technicznym i czynnościom konserwacyjnym zgodnie z zasadami i w sposób określony w Polskich Normach, w dokumentacji techniczno-ruchowej oraz w instrukcjach obsługi producentów, w okresach ustalonych przez producenta, nie rzadziej jednak niż raz w roku (§ 3 ust. 2 i 3 rozporządzenia MSWiA). Sprzęt do gaszenia pożaru na terenie budowy regularnie sprawdza się, konserwuje i uzupełnia; ilość i rozmieszczenie gaśnic przenośnych powinno być zgodne z przepisami przeciwpożarowymi (§ 42 ust. 2 i 3 rozporządzenia w sprawie BHP podczas wykonywania robót budowlanych). Właściciel lub władający terenem zapewnia przeglądy, konserwacje i naprawy gaśnic (art. 4 ust. 1 pkt 3 i ust. 1a ustawy o ochronie przeciwpożarowej).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Przeglądu Gaśnic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