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KARTA PRZEGLĄDU SPRZĘTU CHRONIĄCEGO PRZED UPADKIEM Z WYSOKOŚCI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szelki, linki z amortyzatorem, urządzenia samohamowne, łączniki (§ 3 ust. 3 i § 4 załącznika nr 2 do rozporządzenia w sprawie ogólnych przepisów BHP, Dz.U. 2021 poz. 2088)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Karta nr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Pracodawca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firma, adres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Egzemplarz sprzętu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szelki bezpieczeństwa (uprząż pełna)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linka bezpieczeństwa z amortyzatorem (pochłaniaczem energii)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urządzenie samohamowne (wysuwany ogranicznik upadku)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urządzenie samozaciskowe z liną kotwiczną albo inne: łącznik, zatrzaśnik, przenośny punkt kotwiczący</w:t>
      </w:r>
      <w:r>
        <w:rPr>
          <w:rFonts w:ascii="Arial" w:hAnsi="Arial" w:eastAsia="Arial"/>
          <w:b w:val="0"/>
          <w:i w:val="0"/>
          <w:sz w:val="18"/>
        </w:rPr>
        <w:t xml:space="preserve"> (jakie: ..................)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Producent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Model / typ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Numer seryjny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Norma z etykiety, oznakowanie CE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produkcji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zakupu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pierwszego użycia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Maksymalny okres użytkowania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z instrukcji producenta, koniec: data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Przegląd okresowy co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z instrukcji producenta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Przegląd okresowy wykonuje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kto, według instrukcji producenta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Długość linki / zakres urządzenia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Instrukcja producenta przy sprzęcie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tak / nie, gdzie przechowywana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Użytkownik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578"/>
        <w:gridCol w:w="3354"/>
        <w:gridCol w:w="2959"/>
        <w:gridCol w:w="1973"/>
      </w:tblGrid>
      <w:tr>
        <w:trPr>
          <w:cantSplit/>
        </w:trPr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 wydania</w:t>
            </w:r>
          </w:p>
        </w:tc>
        <w:tc>
          <w:tcPr>
            <w:tcW w:type="dxa" w:w="3354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 użytkownika</w:t>
            </w:r>
          </w:p>
        </w:tc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Budowa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 zwrotu</w:t>
            </w:r>
          </w:p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3354"/>
          </w:tcPr>
          <w:p/>
        </w:tc>
        <w:tc>
          <w:tcPr>
            <w:tcW w:type="dxa" w:w="2959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3354"/>
          </w:tcPr>
          <w:p/>
        </w:tc>
        <w:tc>
          <w:tcPr>
            <w:tcW w:type="dxa" w:w="2959"/>
          </w:tcPr>
          <w:p/>
        </w:tc>
        <w:tc>
          <w:tcPr>
            <w:tcW w:type="dxa" w:w="197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Lista kontrolna oględzin (uzupełnij według instrukcji producenta, § 4 ust. 2 zał. nr 2)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524"/>
        <w:gridCol w:w="789"/>
        <w:gridCol w:w="986"/>
        <w:gridCol w:w="2565"/>
      </w:tblGrid>
      <w:tr>
        <w:trPr>
          <w:cantSplit/>
        </w:trPr>
        <w:tc>
          <w:tcPr>
            <w:tcW w:type="dxa" w:w="5524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Element</w:t>
            </w:r>
          </w:p>
        </w:tc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OK</w:t>
            </w:r>
          </w:p>
        </w:tc>
        <w:tc>
          <w:tcPr>
            <w:tcW w:type="dxa" w:w="98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Usterka</w:t>
            </w:r>
          </w:p>
        </w:tc>
        <w:tc>
          <w:tcPr>
            <w:tcW w:type="dxa" w:w="256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Uwagi</w:t>
            </w:r>
          </w:p>
        </w:tc>
      </w:tr>
      <w:tr>
        <w:trPr>
          <w:trHeight w:val="481" w:hRule="atLeast"/>
          <w:cantSplit/>
        </w:trPr>
        <w:tc>
          <w:tcPr>
            <w:tcW w:type="dxa" w:w="5524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Taśmy szelek: bez przecięć, przetarć, przypaleń, plam chemikaliów</w:t>
            </w:r>
          </w:p>
        </w:tc>
        <w:tc>
          <w:tcPr>
            <w:tcW w:type="dxa" w:w="789"/>
          </w:tcPr>
          <w:p/>
        </w:tc>
        <w:tc>
          <w:tcPr>
            <w:tcW w:type="dxa" w:w="986"/>
          </w:tcPr>
          <w:p/>
        </w:tc>
        <w:tc>
          <w:tcPr>
            <w:tcW w:type="dxa" w:w="2565"/>
          </w:tcPr>
          <w:p/>
        </w:tc>
      </w:tr>
      <w:tr>
        <w:trPr>
          <w:trHeight w:val="481" w:hRule="atLeast"/>
          <w:cantSplit/>
        </w:trPr>
        <w:tc>
          <w:tcPr>
            <w:tcW w:type="dxa" w:w="5524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Szwy: kompletne, bez przerwanych nici</w:t>
            </w:r>
          </w:p>
        </w:tc>
        <w:tc>
          <w:tcPr>
            <w:tcW w:type="dxa" w:w="789"/>
          </w:tcPr>
          <w:p/>
        </w:tc>
        <w:tc>
          <w:tcPr>
            <w:tcW w:type="dxa" w:w="986"/>
          </w:tcPr>
          <w:p/>
        </w:tc>
        <w:tc>
          <w:tcPr>
            <w:tcW w:type="dxa" w:w="2565"/>
          </w:tcPr>
          <w:p/>
        </w:tc>
      </w:tr>
      <w:tr>
        <w:trPr>
          <w:trHeight w:val="481" w:hRule="atLeast"/>
          <w:cantSplit/>
        </w:trPr>
        <w:tc>
          <w:tcPr>
            <w:tcW w:type="dxa" w:w="5524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Klamry, sprzączki, regulacja: bez pęknięć i korozji</w:t>
            </w:r>
          </w:p>
        </w:tc>
        <w:tc>
          <w:tcPr>
            <w:tcW w:type="dxa" w:w="789"/>
          </w:tcPr>
          <w:p/>
        </w:tc>
        <w:tc>
          <w:tcPr>
            <w:tcW w:type="dxa" w:w="986"/>
          </w:tcPr>
          <w:p/>
        </w:tc>
        <w:tc>
          <w:tcPr>
            <w:tcW w:type="dxa" w:w="2565"/>
          </w:tcPr>
          <w:p/>
        </w:tc>
      </w:tr>
      <w:tr>
        <w:trPr>
          <w:trHeight w:val="481" w:hRule="atLeast"/>
          <w:cantSplit/>
        </w:trPr>
        <w:tc>
          <w:tcPr>
            <w:tcW w:type="dxa" w:w="5524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Zatrzaśniki i karabińczyki: zamek domyka się i blokuje</w:t>
            </w:r>
          </w:p>
        </w:tc>
        <w:tc>
          <w:tcPr>
            <w:tcW w:type="dxa" w:w="789"/>
          </w:tcPr>
          <w:p/>
        </w:tc>
        <w:tc>
          <w:tcPr>
            <w:tcW w:type="dxa" w:w="986"/>
          </w:tcPr>
          <w:p/>
        </w:tc>
        <w:tc>
          <w:tcPr>
            <w:tcW w:type="dxa" w:w="2565"/>
          </w:tcPr>
          <w:p/>
        </w:tc>
      </w:tr>
      <w:tr>
        <w:trPr>
          <w:trHeight w:val="481" w:hRule="atLeast"/>
          <w:cantSplit/>
        </w:trPr>
        <w:tc>
          <w:tcPr>
            <w:tcW w:type="dxa" w:w="5524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Amortyzator: osłona cała, brak śladów zadziałania</w:t>
            </w:r>
          </w:p>
        </w:tc>
        <w:tc>
          <w:tcPr>
            <w:tcW w:type="dxa" w:w="789"/>
          </w:tcPr>
          <w:p/>
        </w:tc>
        <w:tc>
          <w:tcPr>
            <w:tcW w:type="dxa" w:w="986"/>
          </w:tcPr>
          <w:p/>
        </w:tc>
        <w:tc>
          <w:tcPr>
            <w:tcW w:type="dxa" w:w="2565"/>
          </w:tcPr>
          <w:p/>
        </w:tc>
      </w:tr>
      <w:tr>
        <w:trPr>
          <w:trHeight w:val="481" w:hRule="atLeast"/>
          <w:cantSplit/>
        </w:trPr>
        <w:tc>
          <w:tcPr>
            <w:tcW w:type="dxa" w:w="5524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Linka: bez przetarć, węzłów, uszkodzeń końcówek</w:t>
            </w:r>
          </w:p>
        </w:tc>
        <w:tc>
          <w:tcPr>
            <w:tcW w:type="dxa" w:w="789"/>
          </w:tcPr>
          <w:p/>
        </w:tc>
        <w:tc>
          <w:tcPr>
            <w:tcW w:type="dxa" w:w="986"/>
          </w:tcPr>
          <w:p/>
        </w:tc>
        <w:tc>
          <w:tcPr>
            <w:tcW w:type="dxa" w:w="2565"/>
          </w:tcPr>
          <w:p/>
        </w:tc>
      </w:tr>
      <w:tr>
        <w:trPr>
          <w:trHeight w:val="481" w:hRule="atLeast"/>
          <w:cantSplit/>
        </w:trPr>
        <w:tc>
          <w:tcPr>
            <w:tcW w:type="dxa" w:w="5524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Urządzenie samohamowne: blokuje się, linka zwija się płynnie</w:t>
            </w:r>
          </w:p>
        </w:tc>
        <w:tc>
          <w:tcPr>
            <w:tcW w:type="dxa" w:w="789"/>
          </w:tcPr>
          <w:p/>
        </w:tc>
        <w:tc>
          <w:tcPr>
            <w:tcW w:type="dxa" w:w="986"/>
          </w:tcPr>
          <w:p/>
        </w:tc>
        <w:tc>
          <w:tcPr>
            <w:tcW w:type="dxa" w:w="2565"/>
          </w:tcPr>
          <w:p/>
        </w:tc>
      </w:tr>
      <w:tr>
        <w:trPr>
          <w:trHeight w:val="481" w:hRule="atLeast"/>
          <w:cantSplit/>
        </w:trPr>
        <w:tc>
          <w:tcPr>
            <w:tcW w:type="dxa" w:w="5524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Etykieta: czytelna, numer seryjny i data produkcji</w:t>
            </w:r>
          </w:p>
        </w:tc>
        <w:tc>
          <w:tcPr>
            <w:tcW w:type="dxa" w:w="789"/>
          </w:tcPr>
          <w:p/>
        </w:tc>
        <w:tc>
          <w:tcPr>
            <w:tcW w:type="dxa" w:w="986"/>
          </w:tcPr>
          <w:p/>
        </w:tc>
        <w:tc>
          <w:tcPr>
            <w:tcW w:type="dxa" w:w="2565"/>
          </w:tcPr>
          <w:p/>
        </w:tc>
      </w:tr>
      <w:tr>
        <w:trPr>
          <w:trHeight w:val="481" w:hRule="atLeast"/>
          <w:cantSplit/>
        </w:trPr>
        <w:tc>
          <w:tcPr>
            <w:tcW w:type="dxa" w:w="5524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Punkt kotwiczenia na stanowisku (§ 110 ust. 1 pkt 1)</w:t>
            </w:r>
          </w:p>
        </w:tc>
        <w:tc>
          <w:tcPr>
            <w:tcW w:type="dxa" w:w="789"/>
          </w:tcPr>
          <w:p/>
        </w:tc>
        <w:tc>
          <w:tcPr>
            <w:tcW w:type="dxa" w:w="986"/>
          </w:tcPr>
          <w:p/>
        </w:tc>
        <w:tc>
          <w:tcPr>
            <w:tcW w:type="dxa" w:w="256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Stan środków ochrony indywidualnej jest okresowo sprawdzany i dokumentowany; środki wymienia się zgodnie ze wskazaniami producenta lub w przypadku utraty właściwości ochronnych (§ 3 ust. 3 zał. nr 2). Instrukcja BHP na stanowisku określa sposoby używania środków, ich kontroli i konserwacji, a środki stosuje się zgodnie z instrukcją producenta (§ 4 ust. 1 i 2 zał. nr 2). Pracodawca zapewnia właściwości ochronne i użytkowe ŚOI oraz ich konserwację i naprawę (art. 237⁹ § 2 KP).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Przeglądy (§ 3 ust. 3 zał. nr 2)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085"/>
        <w:gridCol w:w="1183"/>
        <w:gridCol w:w="2861"/>
        <w:gridCol w:w="1578"/>
        <w:gridCol w:w="1775"/>
        <w:gridCol w:w="789"/>
        <w:gridCol w:w="986"/>
      </w:tblGrid>
      <w:tr>
        <w:trPr>
          <w:cantSplit/>
        </w:trPr>
        <w:tc>
          <w:tcPr>
            <w:tcW w:type="dxa" w:w="108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Powód (O, Z, N, P)</w:t>
            </w:r>
          </w:p>
        </w:tc>
        <w:tc>
          <w:tcPr>
            <w:tcW w:type="dxa" w:w="286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Wynik / usterki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Decyzja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Sprawdzający: imię, nazwisko</w:t>
            </w:r>
          </w:p>
        </w:tc>
        <w:tc>
          <w:tcPr>
            <w:tcW w:type="dxa" w:w="78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  <w:tc>
          <w:tcPr>
            <w:tcW w:type="dxa" w:w="98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Następny</w:t>
            </w:r>
          </w:p>
        </w:tc>
      </w:tr>
      <w:tr>
        <w:trPr>
          <w:trHeight w:val="481" w:hRule="atLeast"/>
          <w:cantSplit/>
        </w:trPr>
        <w:tc>
          <w:tcPr>
            <w:tcW w:type="dxa" w:w="1085"/>
          </w:tcPr>
          <w:p/>
        </w:tc>
        <w:tc>
          <w:tcPr>
            <w:tcW w:type="dxa" w:w="1183"/>
          </w:tcPr>
          <w:p/>
        </w:tc>
        <w:tc>
          <w:tcPr>
            <w:tcW w:type="dxa" w:w="2861"/>
          </w:tcPr>
          <w:p/>
        </w:tc>
        <w:tc>
          <w:tcPr>
            <w:tcW w:type="dxa" w:w="1578"/>
          </w:tcPr>
          <w:p/>
        </w:tc>
        <w:tc>
          <w:tcPr>
            <w:tcW w:type="dxa" w:w="1775"/>
          </w:tcPr>
          <w:p/>
        </w:tc>
        <w:tc>
          <w:tcPr>
            <w:tcW w:type="dxa" w:w="789"/>
          </w:tcPr>
          <w:p/>
        </w:tc>
        <w:tc>
          <w:tcPr>
            <w:tcW w:type="dxa" w:w="986"/>
          </w:tcPr>
          <w:p/>
        </w:tc>
      </w:tr>
      <w:tr>
        <w:trPr>
          <w:trHeight w:val="481" w:hRule="atLeast"/>
          <w:cantSplit/>
        </w:trPr>
        <w:tc>
          <w:tcPr>
            <w:tcW w:type="dxa" w:w="1085"/>
          </w:tcPr>
          <w:p/>
        </w:tc>
        <w:tc>
          <w:tcPr>
            <w:tcW w:type="dxa" w:w="1183"/>
          </w:tcPr>
          <w:p/>
        </w:tc>
        <w:tc>
          <w:tcPr>
            <w:tcW w:type="dxa" w:w="2861"/>
          </w:tcPr>
          <w:p/>
        </w:tc>
        <w:tc>
          <w:tcPr>
            <w:tcW w:type="dxa" w:w="1578"/>
          </w:tcPr>
          <w:p/>
        </w:tc>
        <w:tc>
          <w:tcPr>
            <w:tcW w:type="dxa" w:w="1775"/>
          </w:tcPr>
          <w:p/>
        </w:tc>
        <w:tc>
          <w:tcPr>
            <w:tcW w:type="dxa" w:w="789"/>
          </w:tcPr>
          <w:p/>
        </w:tc>
        <w:tc>
          <w:tcPr>
            <w:tcW w:type="dxa" w:w="986"/>
          </w:tcPr>
          <w:p/>
        </w:tc>
      </w:tr>
      <w:tr>
        <w:trPr>
          <w:trHeight w:val="481" w:hRule="atLeast"/>
          <w:cantSplit/>
        </w:trPr>
        <w:tc>
          <w:tcPr>
            <w:tcW w:type="dxa" w:w="1085"/>
          </w:tcPr>
          <w:p/>
        </w:tc>
        <w:tc>
          <w:tcPr>
            <w:tcW w:type="dxa" w:w="1183"/>
          </w:tcPr>
          <w:p/>
        </w:tc>
        <w:tc>
          <w:tcPr>
            <w:tcW w:type="dxa" w:w="2861"/>
          </w:tcPr>
          <w:p/>
        </w:tc>
        <w:tc>
          <w:tcPr>
            <w:tcW w:type="dxa" w:w="1578"/>
          </w:tcPr>
          <w:p/>
        </w:tc>
        <w:tc>
          <w:tcPr>
            <w:tcW w:type="dxa" w:w="1775"/>
          </w:tcPr>
          <w:p/>
        </w:tc>
        <w:tc>
          <w:tcPr>
            <w:tcW w:type="dxa" w:w="789"/>
          </w:tcPr>
          <w:p/>
        </w:tc>
        <w:tc>
          <w:tcPr>
            <w:tcW w:type="dxa" w:w="986"/>
          </w:tcPr>
          <w:p/>
        </w:tc>
      </w:tr>
      <w:tr>
        <w:trPr>
          <w:trHeight w:val="481" w:hRule="atLeast"/>
          <w:cantSplit/>
        </w:trPr>
        <w:tc>
          <w:tcPr>
            <w:tcW w:type="dxa" w:w="1085"/>
          </w:tcPr>
          <w:p/>
        </w:tc>
        <w:tc>
          <w:tcPr>
            <w:tcW w:type="dxa" w:w="1183"/>
          </w:tcPr>
          <w:p/>
        </w:tc>
        <w:tc>
          <w:tcPr>
            <w:tcW w:type="dxa" w:w="2861"/>
          </w:tcPr>
          <w:p/>
        </w:tc>
        <w:tc>
          <w:tcPr>
            <w:tcW w:type="dxa" w:w="1578"/>
          </w:tcPr>
          <w:p/>
        </w:tc>
        <w:tc>
          <w:tcPr>
            <w:tcW w:type="dxa" w:w="1775"/>
          </w:tcPr>
          <w:p/>
        </w:tc>
        <w:tc>
          <w:tcPr>
            <w:tcW w:type="dxa" w:w="789"/>
          </w:tcPr>
          <w:p/>
        </w:tc>
        <w:tc>
          <w:tcPr>
            <w:tcW w:type="dxa" w:w="986"/>
          </w:tcPr>
          <w:p/>
        </w:tc>
      </w:tr>
      <w:tr>
        <w:trPr>
          <w:trHeight w:val="481" w:hRule="atLeast"/>
          <w:cantSplit/>
        </w:trPr>
        <w:tc>
          <w:tcPr>
            <w:tcW w:type="dxa" w:w="1085"/>
          </w:tcPr>
          <w:p/>
        </w:tc>
        <w:tc>
          <w:tcPr>
            <w:tcW w:type="dxa" w:w="1183"/>
          </w:tcPr>
          <w:p/>
        </w:tc>
        <w:tc>
          <w:tcPr>
            <w:tcW w:type="dxa" w:w="2861"/>
          </w:tcPr>
          <w:p/>
        </w:tc>
        <w:tc>
          <w:tcPr>
            <w:tcW w:type="dxa" w:w="1578"/>
          </w:tcPr>
          <w:p/>
        </w:tc>
        <w:tc>
          <w:tcPr>
            <w:tcW w:type="dxa" w:w="1775"/>
          </w:tcPr>
          <w:p/>
        </w:tc>
        <w:tc>
          <w:tcPr>
            <w:tcW w:type="dxa" w:w="789"/>
          </w:tcPr>
          <w:p/>
        </w:tc>
        <w:tc>
          <w:tcPr>
            <w:tcW w:type="dxa" w:w="986"/>
          </w:tcPr>
          <w:p/>
        </w:tc>
      </w:tr>
      <w:tr>
        <w:trPr>
          <w:trHeight w:val="481" w:hRule="atLeast"/>
          <w:cantSplit/>
        </w:trPr>
        <w:tc>
          <w:tcPr>
            <w:tcW w:type="dxa" w:w="1085"/>
          </w:tcPr>
          <w:p/>
        </w:tc>
        <w:tc>
          <w:tcPr>
            <w:tcW w:type="dxa" w:w="1183"/>
          </w:tcPr>
          <w:p/>
        </w:tc>
        <w:tc>
          <w:tcPr>
            <w:tcW w:type="dxa" w:w="2861"/>
          </w:tcPr>
          <w:p/>
        </w:tc>
        <w:tc>
          <w:tcPr>
            <w:tcW w:type="dxa" w:w="1578"/>
          </w:tcPr>
          <w:p/>
        </w:tc>
        <w:tc>
          <w:tcPr>
            <w:tcW w:type="dxa" w:w="1775"/>
          </w:tcPr>
          <w:p/>
        </w:tc>
        <w:tc>
          <w:tcPr>
            <w:tcW w:type="dxa" w:w="789"/>
          </w:tcPr>
          <w:p/>
        </w:tc>
        <w:tc>
          <w:tcPr>
            <w:tcW w:type="dxa" w:w="986"/>
          </w:tcPr>
          <w:p/>
        </w:tc>
      </w:tr>
      <w:tr>
        <w:trPr>
          <w:trHeight w:val="481" w:hRule="atLeast"/>
          <w:cantSplit/>
        </w:trPr>
        <w:tc>
          <w:tcPr>
            <w:tcW w:type="dxa" w:w="1085"/>
          </w:tcPr>
          <w:p/>
        </w:tc>
        <w:tc>
          <w:tcPr>
            <w:tcW w:type="dxa" w:w="1183"/>
          </w:tcPr>
          <w:p/>
        </w:tc>
        <w:tc>
          <w:tcPr>
            <w:tcW w:type="dxa" w:w="2861"/>
          </w:tcPr>
          <w:p/>
        </w:tc>
        <w:tc>
          <w:tcPr>
            <w:tcW w:type="dxa" w:w="1578"/>
          </w:tcPr>
          <w:p/>
        </w:tc>
        <w:tc>
          <w:tcPr>
            <w:tcW w:type="dxa" w:w="1775"/>
          </w:tcPr>
          <w:p/>
        </w:tc>
        <w:tc>
          <w:tcPr>
            <w:tcW w:type="dxa" w:w="789"/>
          </w:tcPr>
          <w:p/>
        </w:tc>
        <w:tc>
          <w:tcPr>
            <w:tcW w:type="dxa" w:w="986"/>
          </w:tcPr>
          <w:p/>
        </w:tc>
      </w:tr>
      <w:tr>
        <w:trPr>
          <w:trHeight w:val="481" w:hRule="atLeast"/>
          <w:cantSplit/>
        </w:trPr>
        <w:tc>
          <w:tcPr>
            <w:tcW w:type="dxa" w:w="1085"/>
          </w:tcPr>
          <w:p/>
        </w:tc>
        <w:tc>
          <w:tcPr>
            <w:tcW w:type="dxa" w:w="1183"/>
          </w:tcPr>
          <w:p/>
        </w:tc>
        <w:tc>
          <w:tcPr>
            <w:tcW w:type="dxa" w:w="2861"/>
          </w:tcPr>
          <w:p/>
        </w:tc>
        <w:tc>
          <w:tcPr>
            <w:tcW w:type="dxa" w:w="1578"/>
          </w:tcPr>
          <w:p/>
        </w:tc>
        <w:tc>
          <w:tcPr>
            <w:tcW w:type="dxa" w:w="1775"/>
          </w:tcPr>
          <w:p/>
        </w:tc>
        <w:tc>
          <w:tcPr>
            <w:tcW w:type="dxa" w:w="789"/>
          </w:tcPr>
          <w:p/>
        </w:tc>
        <w:tc>
          <w:tcPr>
            <w:tcW w:type="dxa" w:w="986"/>
          </w:tcPr>
          <w:p/>
        </w:tc>
      </w:tr>
      <w:tr>
        <w:trPr>
          <w:trHeight w:val="481" w:hRule="atLeast"/>
          <w:cantSplit/>
        </w:trPr>
        <w:tc>
          <w:tcPr>
            <w:tcW w:type="dxa" w:w="1085"/>
          </w:tcPr>
          <w:p/>
        </w:tc>
        <w:tc>
          <w:tcPr>
            <w:tcW w:type="dxa" w:w="1183"/>
          </w:tcPr>
          <w:p/>
        </w:tc>
        <w:tc>
          <w:tcPr>
            <w:tcW w:type="dxa" w:w="2861"/>
          </w:tcPr>
          <w:p/>
        </w:tc>
        <w:tc>
          <w:tcPr>
            <w:tcW w:type="dxa" w:w="1578"/>
          </w:tcPr>
          <w:p/>
        </w:tc>
        <w:tc>
          <w:tcPr>
            <w:tcW w:type="dxa" w:w="1775"/>
          </w:tcPr>
          <w:p/>
        </w:tc>
        <w:tc>
          <w:tcPr>
            <w:tcW w:type="dxa" w:w="789"/>
          </w:tcPr>
          <w:p/>
        </w:tc>
        <w:tc>
          <w:tcPr>
            <w:tcW w:type="dxa" w:w="986"/>
          </w:tcPr>
          <w:p/>
        </w:tc>
      </w:tr>
      <w:tr>
        <w:trPr>
          <w:trHeight w:val="481" w:hRule="atLeast"/>
          <w:cantSplit/>
        </w:trPr>
        <w:tc>
          <w:tcPr>
            <w:tcW w:type="dxa" w:w="1085"/>
          </w:tcPr>
          <w:p/>
        </w:tc>
        <w:tc>
          <w:tcPr>
            <w:tcW w:type="dxa" w:w="1183"/>
          </w:tcPr>
          <w:p/>
        </w:tc>
        <w:tc>
          <w:tcPr>
            <w:tcW w:type="dxa" w:w="2861"/>
          </w:tcPr>
          <w:p/>
        </w:tc>
        <w:tc>
          <w:tcPr>
            <w:tcW w:type="dxa" w:w="1578"/>
          </w:tcPr>
          <w:p/>
        </w:tc>
        <w:tc>
          <w:tcPr>
            <w:tcW w:type="dxa" w:w="1775"/>
          </w:tcPr>
          <w:p/>
        </w:tc>
        <w:tc>
          <w:tcPr>
            <w:tcW w:type="dxa" w:w="789"/>
          </w:tcPr>
          <w:p/>
        </w:tc>
        <w:tc>
          <w:tcPr>
            <w:tcW w:type="dxa" w:w="986"/>
          </w:tcPr>
          <w:p/>
        </w:tc>
      </w:tr>
      <w:tr>
        <w:trPr>
          <w:trHeight w:val="481" w:hRule="atLeast"/>
          <w:cantSplit/>
        </w:trPr>
        <w:tc>
          <w:tcPr>
            <w:tcW w:type="dxa" w:w="1085"/>
          </w:tcPr>
          <w:p/>
        </w:tc>
        <w:tc>
          <w:tcPr>
            <w:tcW w:type="dxa" w:w="1183"/>
          </w:tcPr>
          <w:p/>
        </w:tc>
        <w:tc>
          <w:tcPr>
            <w:tcW w:type="dxa" w:w="2861"/>
          </w:tcPr>
          <w:p/>
        </w:tc>
        <w:tc>
          <w:tcPr>
            <w:tcW w:type="dxa" w:w="1578"/>
          </w:tcPr>
          <w:p/>
        </w:tc>
        <w:tc>
          <w:tcPr>
            <w:tcW w:type="dxa" w:w="1775"/>
          </w:tcPr>
          <w:p/>
        </w:tc>
        <w:tc>
          <w:tcPr>
            <w:tcW w:type="dxa" w:w="789"/>
          </w:tcPr>
          <w:p/>
        </w:tc>
        <w:tc>
          <w:tcPr>
            <w:tcW w:type="dxa" w:w="986"/>
          </w:tcPr>
          <w:p/>
        </w:tc>
      </w:tr>
      <w:tr>
        <w:trPr>
          <w:trHeight w:val="481" w:hRule="atLeast"/>
          <w:cantSplit/>
        </w:trPr>
        <w:tc>
          <w:tcPr>
            <w:tcW w:type="dxa" w:w="1085"/>
          </w:tcPr>
          <w:p/>
        </w:tc>
        <w:tc>
          <w:tcPr>
            <w:tcW w:type="dxa" w:w="1183"/>
          </w:tcPr>
          <w:p/>
        </w:tc>
        <w:tc>
          <w:tcPr>
            <w:tcW w:type="dxa" w:w="2861"/>
          </w:tcPr>
          <w:p/>
        </w:tc>
        <w:tc>
          <w:tcPr>
            <w:tcW w:type="dxa" w:w="1578"/>
          </w:tcPr>
          <w:p/>
        </w:tc>
        <w:tc>
          <w:tcPr>
            <w:tcW w:type="dxa" w:w="1775"/>
          </w:tcPr>
          <w:p/>
        </w:tc>
        <w:tc>
          <w:tcPr>
            <w:tcW w:type="dxa" w:w="789"/>
          </w:tcPr>
          <w:p/>
        </w:tc>
        <w:tc>
          <w:tcPr>
            <w:tcW w:type="dxa" w:w="986"/>
          </w:tcPr>
          <w:p/>
        </w:tc>
      </w:tr>
      <w:tr>
        <w:trPr>
          <w:trHeight w:val="481" w:hRule="atLeast"/>
          <w:cantSplit/>
        </w:trPr>
        <w:tc>
          <w:tcPr>
            <w:tcW w:type="dxa" w:w="1085"/>
          </w:tcPr>
          <w:p/>
        </w:tc>
        <w:tc>
          <w:tcPr>
            <w:tcW w:type="dxa" w:w="1183"/>
          </w:tcPr>
          <w:p/>
        </w:tc>
        <w:tc>
          <w:tcPr>
            <w:tcW w:type="dxa" w:w="2861"/>
          </w:tcPr>
          <w:p/>
        </w:tc>
        <w:tc>
          <w:tcPr>
            <w:tcW w:type="dxa" w:w="1578"/>
          </w:tcPr>
          <w:p/>
        </w:tc>
        <w:tc>
          <w:tcPr>
            <w:tcW w:type="dxa" w:w="1775"/>
          </w:tcPr>
          <w:p/>
        </w:tc>
        <w:tc>
          <w:tcPr>
            <w:tcW w:type="dxa" w:w="789"/>
          </w:tcPr>
          <w:p/>
        </w:tc>
        <w:tc>
          <w:tcPr>
            <w:tcW w:type="dxa" w:w="986"/>
          </w:tcPr>
          <w:p/>
        </w:tc>
      </w:tr>
      <w:tr>
        <w:trPr>
          <w:trHeight w:val="481" w:hRule="atLeast"/>
          <w:cantSplit/>
        </w:trPr>
        <w:tc>
          <w:tcPr>
            <w:tcW w:type="dxa" w:w="1085"/>
          </w:tcPr>
          <w:p/>
        </w:tc>
        <w:tc>
          <w:tcPr>
            <w:tcW w:type="dxa" w:w="1183"/>
          </w:tcPr>
          <w:p/>
        </w:tc>
        <w:tc>
          <w:tcPr>
            <w:tcW w:type="dxa" w:w="2861"/>
          </w:tcPr>
          <w:p/>
        </w:tc>
        <w:tc>
          <w:tcPr>
            <w:tcW w:type="dxa" w:w="1578"/>
          </w:tcPr>
          <w:p/>
        </w:tc>
        <w:tc>
          <w:tcPr>
            <w:tcW w:type="dxa" w:w="1775"/>
          </w:tcPr>
          <w:p/>
        </w:tc>
        <w:tc>
          <w:tcPr>
            <w:tcW w:type="dxa" w:w="789"/>
          </w:tcPr>
          <w:p/>
        </w:tc>
        <w:tc>
          <w:tcPr>
            <w:tcW w:type="dxa" w:w="986"/>
          </w:tcPr>
          <w:p/>
        </w:tc>
      </w:tr>
      <w:tr>
        <w:trPr>
          <w:trHeight w:val="481" w:hRule="atLeast"/>
          <w:cantSplit/>
        </w:trPr>
        <w:tc>
          <w:tcPr>
            <w:tcW w:type="dxa" w:w="1085"/>
          </w:tcPr>
          <w:p/>
        </w:tc>
        <w:tc>
          <w:tcPr>
            <w:tcW w:type="dxa" w:w="1183"/>
          </w:tcPr>
          <w:p/>
        </w:tc>
        <w:tc>
          <w:tcPr>
            <w:tcW w:type="dxa" w:w="2861"/>
          </w:tcPr>
          <w:p/>
        </w:tc>
        <w:tc>
          <w:tcPr>
            <w:tcW w:type="dxa" w:w="1578"/>
          </w:tcPr>
          <w:p/>
        </w:tc>
        <w:tc>
          <w:tcPr>
            <w:tcW w:type="dxa" w:w="1775"/>
          </w:tcPr>
          <w:p/>
        </w:tc>
        <w:tc>
          <w:tcPr>
            <w:tcW w:type="dxa" w:w="789"/>
          </w:tcPr>
          <w:p/>
        </w:tc>
        <w:tc>
          <w:tcPr>
            <w:tcW w:type="dxa" w:w="986"/>
          </w:tcPr>
          <w:p/>
        </w:tc>
      </w:tr>
      <w:tr>
        <w:trPr>
          <w:trHeight w:val="481" w:hRule="atLeast"/>
          <w:cantSplit/>
        </w:trPr>
        <w:tc>
          <w:tcPr>
            <w:tcW w:type="dxa" w:w="1085"/>
          </w:tcPr>
          <w:p/>
        </w:tc>
        <w:tc>
          <w:tcPr>
            <w:tcW w:type="dxa" w:w="1183"/>
          </w:tcPr>
          <w:p/>
        </w:tc>
        <w:tc>
          <w:tcPr>
            <w:tcW w:type="dxa" w:w="2861"/>
          </w:tcPr>
          <w:p/>
        </w:tc>
        <w:tc>
          <w:tcPr>
            <w:tcW w:type="dxa" w:w="1578"/>
          </w:tcPr>
          <w:p/>
        </w:tc>
        <w:tc>
          <w:tcPr>
            <w:tcW w:type="dxa" w:w="1775"/>
          </w:tcPr>
          <w:p/>
        </w:tc>
        <w:tc>
          <w:tcPr>
            <w:tcW w:type="dxa" w:w="789"/>
          </w:tcPr>
          <w:p/>
        </w:tc>
        <w:tc>
          <w:tcPr>
            <w:tcW w:type="dxa" w:w="986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Powód: O przegląd okresowy według instrukcji producenta, Z po zatrzymaniu upadku lub silnym obciążeniu, N po naprawie lub u producenta, P przy przyjęciu na budowę lub po zwrocie od użytkownika. Decyzja: dopuszczony, dopuszczony po usunięciu usterki, wycofany z użytkowania.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Wycofanie z użytkowania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wycofania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Powód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zatrzymanie upadku, usterka, koniec okresu użytkowania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Oznakowanie / miejsce odłożenia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Dalsze postępowanie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zniszczenie, naprawa u producenta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Wycofał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Podpis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Przy robotach budowlanych środki ochrony indywidualnej, w szczególności szelki bezpieczeństwa, stosuje się, gdy nie ma możliwości stosowania środków ochrony zbiorowej (§ 6 ust. 2 rozp. w sprawie BHP podczas wykonywania robót budowlanych). Linka szelek mocowana do prowadnicy pionowej przez urządzenie samohamujące: najwyżej 1,5 m (§ 139); przy podestach ruchomych, urządzeniach krzesełkowych i drabinach linowych linka do aparatu samohamującego: najwyżej 0,5 m (§ 142 ust. 4). Amortyzatory spadania nie są wymagane, gdy linki mocuje się do urządzeń samohamujących ograniczających siłę dynamiczną (§ 140).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Przeglądu Sprzętu Chroniącego Przed Upadkiem Z Wysokości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