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KARTA PRZEGLĄDU ZAWIESI I OSPRZĘTU DO PODNOSZENIA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cięgna, pasy, łańcuchy, zblocza i haki: § 73, 75, 76 i 82 rozporządzenia w sprawie BHP podczas wykonywania robót budowlanych (Dz.U. 2003 nr 47 poz. 401)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Karta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Karta prowadzona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Budowa i osoby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 lub brygada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firma, adres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Prowadzący kartę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Ocena zużycia haków przed zmianą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osoba z odpowiednimi kwalifikacjami (§ 75 ust. 3)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Wykaz zawiesi i osprzętu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887"/>
        <w:gridCol w:w="1973"/>
        <w:gridCol w:w="1578"/>
        <w:gridCol w:w="1479"/>
        <w:gridCol w:w="1381"/>
        <w:gridCol w:w="1282"/>
        <w:gridCol w:w="1282"/>
      </w:tblGrid>
      <w:tr>
        <w:trPr>
          <w:cantSplit/>
        </w:trPr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ewid.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Rodzaj i materiał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Producent, typ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Obciążenie robocze, długość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Okres badań według producenta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Ostatnie badanie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Następne badanie</w:t>
            </w:r>
          </w:p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Rodzaj: cięgno linowe, pas, łańcuch, zblocze, hak lub inny element. Na zawiesiu umieszcza się napis z dopuszczalnym obciążeniem roboczym oraz terminem ostatniego i następnego badania (§ 82 ust. 7). Okres między badaniami wpisujesz według instrukcji producenta.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Lista kontrolna oględzin (przed użyciem i przy przeglądzie)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524"/>
        <w:gridCol w:w="789"/>
        <w:gridCol w:w="986"/>
        <w:gridCol w:w="2565"/>
      </w:tblGrid>
      <w:tr>
        <w:trPr>
          <w:cantSplit/>
        </w:trPr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Element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OK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Usterka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Napis: obciążenie robocze oraz termin ostatniego i następnego badania czytelne (§ 82 ust. 7)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Oznakowanie producenta i dokument zgodności dostępne (§ 82 ust. 1)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Cięgna linowe: bez zerwanych drutów, zgnieceń, załamań i korozji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Pasy i liny syntetyczne: bez przecięć, przetarć, przypaleń i uszkodzonych szwów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Łańcuchy: ogniwa bez pęknięć, wydłużeń i odkształceń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Haki, ogniwa, szekle: bez odkształceń i pęknięć; zamknięcie gardzieli działa (§ 75 ust. 2)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Bez węzłów na linach i łańcuchach oraz bez łączenia lin stalowych na długości (§ 82 ust. 8)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Bez przeróbek, spawów i prowizorycznych napraw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Przechowywanie: sucho, bez kontaktu z chemikaliami i ostrymi krawędziami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Przepisy nie wymagają tej karty i nie podają jednego okresu przeglądów zawiesi. Zblocza jednokrążkowe i wielokrążkowe oraz inne zawiesia pomocnicze niepołączone na stałe z maszyną lub innymi urządzeniami technicznymi poddaje się próbie obciążenia co najmniej raz w roku (§ 73). Ocena zużycia haków następuje przed rozpoczęciem każdej zmiany roboczej (§ 75 ust. 3).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Przeglądy i badania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"/>
        <w:gridCol w:w="887"/>
        <w:gridCol w:w="887"/>
        <w:gridCol w:w="2663"/>
        <w:gridCol w:w="1479"/>
        <w:gridCol w:w="1677"/>
        <w:gridCol w:w="1282"/>
      </w:tblGrid>
      <w:tr>
        <w:trPr>
          <w:cantSplit/>
        </w:trPr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ewid.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Rodzaj (P, O, B, Z)</w:t>
            </w:r>
          </w:p>
        </w:tc>
        <w:tc>
          <w:tcPr>
            <w:tcW w:type="dxa" w:w="266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Wynik oględzin lub próby obciążenia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Decyzja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Sprawdzający lub wykonawca badania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Rodzaj: P przy przyjęciu na budowę, O oględziny okresowe, B badanie lub próba obciążenia w terminie z napisu na zawiesiu, Z po przeciążeniu, uderzeniu, kontakcie z ogniem lub chemikaliami albo po naprawie. Decyzja: dopuszczone, dopuszczone po naprawie, wycofane z użytkowania.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Zawiesia wycofane z użytkowania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085"/>
        <w:gridCol w:w="887"/>
        <w:gridCol w:w="3354"/>
        <w:gridCol w:w="2170"/>
        <w:gridCol w:w="1381"/>
        <w:gridCol w:w="986"/>
      </w:tblGrid>
      <w:tr>
        <w:trPr>
          <w:cantSplit/>
        </w:trPr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ewid.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Przyczyna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Oznakowanie i zabezpieczenie przed użyciem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Naprawa lub złomowanie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Zawiesia budowlane spełniają wymagania dotyczące systemu oceny zgodności (§ 82 ust. 1). Dopuszczalne obciążenie robocze zawiesi dwu- i wielocięgnowych wynosi przy kącie wierzchołkowym 45° 90%, przy 90° 70%, a przy 120° 50% obciążenia w układzie pionowym; kąt rozwarcia nie może przekraczać 120° (§ 82 ust. 2–3). Dla zawiesi łańcuchowych w temperaturze poniżej –20°C obciążenie obniża się o 50% (§ 82 ust. 6). Haki mają wyraźnie zaznaczoną nośność maksymalną (§ 75 ust. 1). Osprzęt do podnoszenia oznakowuje się tak, aby można było określić jego parametry (§ 24 ust. 3 rozp. z 30 października 2002 r., Dz.U. 2002 nr 191 poz. 1596). Zawieszonych na haku żurawia wieżowego ładunków, zawiesi i osprzętu nie zostawia się po zakończonej pracy (§ 11 ust. 1 pkt 16 rozp. Dz.U. 2018 poz. 2147).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Przeglądu Zawiesi I Osprzętu Do Podnoszenia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