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KARTA WYPADKU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wzór z załącznika do rozporządzenia Ministra Rodziny i Polityki Społecznej z dnia 23 stycznia 2022 r. (Dz.U. 2022 poz. 223)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Nazwa i adres podmiotu sporządzającego kartę wypadku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I. DANE IDENTYFIKACYJNE PŁATNIKA SKŁADEK¹⁾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1. Imię i nazwisko lub nazwa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2. Adres siedziby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3. NIP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REGON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PESEL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538"/>
        <w:gridCol w:w="2170"/>
        <w:gridCol w:w="3157"/>
      </w:tblGrid>
      <w:tr>
        <w:trPr>
          <w:cantSplit/>
        </w:trPr>
        <w:tc>
          <w:tcPr>
            <w:tcW w:type="dxa" w:w="453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Dokument tożsamości (dowód osobisty lub paszport): rodzaj dokumentu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seria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numer</w:t>
            </w:r>
          </w:p>
        </w:tc>
      </w:tr>
      <w:tr>
        <w:trPr>
          <w:trHeight w:val="481" w:hRule="atLeast"/>
          <w:cantSplit/>
        </w:trPr>
        <w:tc>
          <w:tcPr>
            <w:tcW w:type="dxa" w:w="4538"/>
          </w:tcPr>
          <w:p/>
        </w:tc>
        <w:tc>
          <w:tcPr>
            <w:tcW w:type="dxa" w:w="2170"/>
          </w:tcPr>
          <w:p/>
        </w:tc>
        <w:tc>
          <w:tcPr>
            <w:tcW w:type="dxa" w:w="3157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II. DANE IDENTYFIKACYJNE POSZKODOWANEGO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1. Imię i nazwisko poszkodowanego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2. PESEL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538"/>
        <w:gridCol w:w="2170"/>
        <w:gridCol w:w="3157"/>
      </w:tblGrid>
      <w:tr>
        <w:trPr>
          <w:cantSplit/>
        </w:trPr>
        <w:tc>
          <w:tcPr>
            <w:tcW w:type="dxa" w:w="453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Dokument tożsamości (dowód osobisty lub paszport): rodzaj dokumentu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seria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numer</w:t>
            </w:r>
          </w:p>
        </w:tc>
      </w:tr>
      <w:tr>
        <w:trPr>
          <w:trHeight w:val="481" w:hRule="atLeast"/>
          <w:cantSplit/>
        </w:trPr>
        <w:tc>
          <w:tcPr>
            <w:tcW w:type="dxa" w:w="4538"/>
          </w:tcPr>
          <w:p/>
        </w:tc>
        <w:tc>
          <w:tcPr>
            <w:tcW w:type="dxa" w:w="2170"/>
          </w:tcPr>
          <w:p/>
        </w:tc>
        <w:tc>
          <w:tcPr>
            <w:tcW w:type="dxa" w:w="3157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3. Data i miejsce urodzenia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4. Adres zamieszkania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5. Tytuł ubezpieczenia wypadkowego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wymienić numer pozycji i pełny tytuł ubezpieczenia społecznego, zgodnie z art. 3 ust. 3 albo art. 3a ustawy z dnia 30 października 2002 r. o ubezpieczeniu społecznym z tytułu wypadków przy pracy i chorób zawodowych (Dz. U. z 2019 r. poz. 1205, z późn. zm.)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¹⁾ Nie wypełniają podmioty niebędące płatnikami składek na ubezpieczenie wypadkowe.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III. INFORMACJE O WYPADKU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1. Data zgłoszenia oraz imię i nazwisko osoby zgłaszającej wypadek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2. Informacje dotyczące okoliczności, przyczyn, czasu i miejsca wypadku, rodzaju i umiejscowienia urazu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3. Świadkowie wypadku: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4340"/>
        <w:gridCol w:w="4932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434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493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miejsce zamieszkania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1)</w:t>
            </w:r>
          </w:p>
        </w:tc>
        <w:tc>
          <w:tcPr>
            <w:tcW w:type="dxa" w:w="4340"/>
          </w:tcPr>
          <w:p/>
        </w:tc>
        <w:tc>
          <w:tcPr>
            <w:tcW w:type="dxa" w:w="4932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2)</w:t>
            </w:r>
          </w:p>
        </w:tc>
        <w:tc>
          <w:tcPr>
            <w:tcW w:type="dxa" w:w="4340"/>
          </w:tcPr>
          <w:p/>
        </w:tc>
        <w:tc>
          <w:tcPr>
            <w:tcW w:type="dxa" w:w="4932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4. Wypadek jest / nie jest²⁾ wypadkiem przy pracy określonym w art. 3 ust. 3 pkt .....³⁾ / albo art. 3a⁴⁾ ustawy z dnia 30 października 2002 r. o ubezpieczeniu społecznym z tytułu wypadków przy pracy i chorób zawodowych (uzasadnić i wskazać dowody, jeżeli zdarzenia nie uznano za wypadek przy pracy)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Uzasadnienie i dowody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²⁾ Niepotrzebne skreślić.  ³⁾ Wpisać odpowiedni punkt z art. 3 ust. 3 ustawy z dnia 30 października 2002 r. o ubezpieczeniu społecznym z tytułu wypadków przy pracy i chorób zawodowych.  ⁴⁾ Niepotrzebne skreślić.</w:t>
      </w:r>
    </w:p>
    <w:p>
      <w:pPr>
        <w:keepNext w:val="0"/>
        <w:spacing w:before="0" w:after="0" w:line="20" w:lineRule="exact"/>
      </w:pPr>
      <w:r>
        <w:br w:type="page"/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5. Stwierdzono, że wyłączną przyczyną wypadku było udowodnione naruszenie przez poszkodowanego przepisów dotyczących ochrony życia i zdrowia, spowodowane przez niego umyślnie lub wskutek rażącego niedbalstwa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wskazać dowody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6. Stwierdzono, że poszkodowany, będąc w stanie nietrzeźwości lub pod wpływem środków odurzających lub substancji psychotropowych, przyczynił się w znacznym stopniu do spowodowania wypadku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wskazać dowody, a w przypadku odmowy przez poszkodowanego poddania się badaniu na zawartość tych substancji w organizmie zamieścić informację o tym fakcie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IV. POZOSTAŁE INFORMACJE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1. Poszkodowanego (członka rodziny) zapoznano z treścią karty wypadku i pouczono o prawie zgłaszania uwag i zastrzeżeń do ustaleń zawartych w karcie wypadku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 poszkodowanego (członka rodziny)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2. Kartę wypadku sporządzono w dniu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1) Nazwa podmiotu obowiązanego do sporządzenia karty wypadku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2) Imię i nazwisko sporządzającego kartę wypadku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3. Przeszkody i trudności uniemożliwiające sporządzenie karty wypadku w wymaganym terminie 14 dni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4. Kartę wypadku odebrano w dniu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Podpis uprawnionego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5. Załączniki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Informacja z rozporządzenia (nie jest częścią wzoru): kartę wypadku sporządza się po ustaleniu okoliczności i przyczyn wypadku, nie później niż w terminie 14 dni od dnia uzyskania zawiadomienia o wypadku (§ 4 ust. 1). Poszkodowany lub uprawniony do jednorazowego odszkodowania członek jego rodziny może zgłosić uwagi i zastrzeżenia do ustaleń zawartych w karcie (§ 4 ust. 2). Do karty dołącza się zapis wyjaśnień poszkodowanego i informacji od świadków, dokumenty z oględzin miejsca wypadku, inne dowody oraz zgłoszone uwagi i zastrzeżenia (§ 4 ust. 3). Kartę sporządza się w 3 egzemplarzach: pierwszy otrzymuje poszkodowany albo uprawniony członek rodziny, drugi pozostaje u podmiotu ustalającego okoliczności i przyczyny wypadku, trzeci przekazuje się do ZUS, jeżeli zdarzenie uznano za wypadek przy pracy (§ 4 ust. 4).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Wypadku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