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KLAUZULA INFORMACYJNA RODO DLA PRACOWNIKÓW PODWYKONAWCY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informacja o przetwarzaniu danych osobowych przy wejściu na budowę (art. 13 i 14 RODO)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wydania informacji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Administrator danych (art. 13 ust. 1 lit. a i b)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Administrator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generalny wykonawca: nazwa, adres siedziby,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Kontakt w sprawach danych osobowych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e-mail,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Inspektor ochrony danych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jeśli jest wyznaczony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Skąd mamy Twoje dane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 podwykonawcy, który przekazał listę osób wchodzących na budowę (art. 14 ust. 2 lit. f):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bezpośrednio od Ciebie przy wejściu na budowę (art. 13)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 systemu kontroli dostępu lub dokumentów: 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Cele, dane, podstawy prawne i okres przechowywania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255"/>
        <w:gridCol w:w="2663"/>
        <w:gridCol w:w="1775"/>
        <w:gridCol w:w="2170"/>
      </w:tblGrid>
      <w:tr>
        <w:trPr>
          <w:cantSplit/>
        </w:trPr>
        <w:tc>
          <w:tcPr>
            <w:tcW w:type="dxa" w:w="325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Cel przetwarzania</w:t>
            </w:r>
          </w:p>
        </w:tc>
        <w:tc>
          <w:tcPr>
            <w:tcW w:type="dxa" w:w="266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Kategorie danych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Podstawa (art. 6 ust. 1)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Okres przechowywania</w:t>
            </w:r>
          </w:p>
        </w:tc>
      </w:tr>
      <w:tr>
        <w:trPr>
          <w:trHeight w:val="481" w:hRule="atLeast"/>
          <w:cantSplit/>
        </w:trPr>
        <w:tc>
          <w:tcPr>
            <w:tcW w:type="dxa" w:w="325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Kontrola wejścia na teren budowy</w:t>
            </w:r>
          </w:p>
        </w:tc>
        <w:tc>
          <w:tcPr>
            <w:tcW w:type="dxa" w:w="2663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325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Sprawdzenie szkoleń BHP, badań i uprawnień</w:t>
            </w:r>
          </w:p>
        </w:tc>
        <w:tc>
          <w:tcPr>
            <w:tcW w:type="dxa" w:w="2663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325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Bezpieczeństwo i współpraca pracodawców</w:t>
            </w:r>
          </w:p>
        </w:tc>
        <w:tc>
          <w:tcPr>
            <w:tcW w:type="dxa" w:w="2663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325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Ustalenie, dochodzenie lub obrona roszczeń</w:t>
            </w:r>
          </w:p>
        </w:tc>
        <w:tc>
          <w:tcPr>
            <w:tcW w:type="dxa" w:w="2663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325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Inny cel: ........................</w:t>
            </w:r>
          </w:p>
        </w:tc>
        <w:tc>
          <w:tcPr>
            <w:tcW w:type="dxa" w:w="2663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Prawnie uzasadniony interes administratora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wypełnij, gdy podstawą jest art. 6 ust. 1 lit. f (art. 13 ust. 1 lit. d)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Odbiorcy danych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inwestor i jego przedstawiciele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podmiot obsługujący system kontroli dostępu lub dokumentów (podmiot przetwarzający)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podmioty uprawnione z mocy prawa, w tym organy kontrolne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inni odbiorcy: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dane nie będą przekazywane do państwa trzeciego ani organizacji międzynarodowej (art. 13 ust. 1 lit. f)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Twoje prawa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Masz prawo żądać od administratora dostępu do danych, ich sprostowania, usunięcia lub ograniczenia przetwarzania, prawo sprzeciwu wobec przetwarzania oraz prawo do przenoszenia danych, w zakresie wynikającym z RODO (art. 13 ust. 2 lit. b). Jeżeli podstawą przetwarzania jest zgoda, możesz ją cofnąć w dowolnym momencie bez wpływu na zgodność z prawem przetwarzania przed cofnięciem (lit. c). Masz prawo wnieść skargę do organu nadzorczego, w Polsce do Prezesa Urzędu Ochrony Danych Osobowych (lit. d).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podanie danych jest warunkiem wejścia na budowę wynikającym z umowy z podwykonawcą; brak danych oznacza odmowę wejścia (art. 13 ust. 2 lit. e)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podanie danych wynika z przepisu: ........................; konsekwencje niepodania: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podejmujemy decyzji w sposób zautomatyzowany, w tym przez profilowanie (art. 13 ust. 2 lit. f)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Potwierdzenie przekazania informacji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Potwierdzam, że otrzymałem(-am) informację o przetwarzaniu moich danych osobowych w zakresie opisanym w punktach 1-5. Podpis potwierdza przekazanie informacji, nie jest zgodą na przetwarzanie danych.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959"/>
        <w:gridCol w:w="2565"/>
        <w:gridCol w:w="1381"/>
        <w:gridCol w:w="2367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 (podwykonawca)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11.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12.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13.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14.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15.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16.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17.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18.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19.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Osoba przekazująca informację: imię, nazwisko, funkcja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Gdy dane pochodzą od podwykonawcy, administrator podaje informacje w rozsądnym terminie po pozyskaniu danych, najpóźniej w ciągu miesiąca. Jeżeli dane służą do komunikacji z osobą, robi to najpóźniej przy pierwszej takiej komunikacji, a jeżeli planuje ujawnić je innemu odbiorcy, najpóźniej przy ich pierwszym ujawnieniu (art. 14 ust. 3). Informacji nie podaje się w zakresie, w jakim osoba już ją ma (art. 13 ust. 4, art. 14 ust. 5 lit. a). Informacje podaje się w zwięzłej, przejrzystej, zrozumiałej i łatwo dostępnej formie, jasnym i prostym językiem, na piśmie lub elektronicznie (art. 12 ust. 1), bez opłat (art. 12 ust. 5). Zakres danych ogranicza się do tego, co niezbędne do celów przetwarzania (art. 5 ust. 1 lit. c).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Rodo Dla Pracowników Podwykonawcy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