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KOSZTORYS OFERTOWY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załącznik do oferty nr ...... z dnia ...... (wynagrodzenie kosztorysowe, art. 629 Kodeksu cywilnego)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Dane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Oferent / sporządzający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osoba,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 robót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Podstawa wyceny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przedmiar sporządzony przez zamawiającego (art. 630 § 1 zd.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przedmiar sporządzony przez oferenta na podstawie projektu (art. 630 § 1 zd. 2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/ specyfikacje: 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Założenia cenowe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Stawka roboczogodziny (zł)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Koszty pośrednie (%)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Zysk (%)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Koszty zakupu materiałów (%)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Źródło cen materiałów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oferty dostawców z dnia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Praca sprzętu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stawki, transport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Ceny jednostkowe obejmują robociznę, materiały i pracę sprzętu wraz z narzutami. Zmiana cen lub stawek przyjętych w kosztorysie na skutek zarządzenia właściwego organu państwowego uprawnia każdą ze stron do żądania zmiany wynagrodzenia, z wyjątkiem należności zapłaconych za materiały lub robociznę przed zmianą (art. 629 KC).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Pozycje kosztorysu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1282"/>
        <w:gridCol w:w="3354"/>
        <w:gridCol w:w="690"/>
        <w:gridCol w:w="986"/>
        <w:gridCol w:w="1381"/>
        <w:gridCol w:w="167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Podstawa / nr przedmiaru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roboty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J.m.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Cena jedn. (zł)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Wartość (zł)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12.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13.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14.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15.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16.</w:t>
            </w:r>
          </w:p>
        </w:tc>
        <w:tc>
          <w:tcPr>
            <w:tcW w:type="dxa" w:w="1282"/>
          </w:tcPr>
          <w:p/>
        </w:tc>
        <w:tc>
          <w:tcPr>
            <w:tcW w:type="dxa" w:w="3354"/>
          </w:tcPr>
          <w:p/>
        </w:tc>
        <w:tc>
          <w:tcPr>
            <w:tcW w:type="dxa" w:w="690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9"/>
        <w:gridCol w:w="3946"/>
      </w:tblGrid>
      <w:tr>
        <w:trPr>
          <w:cantSplit/>
        </w:trPr>
        <w:tc>
          <w:tcPr>
            <w:tcW w:type="dxa" w:w="591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Dział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Wartość netto (zł)</w:t>
            </w:r>
          </w:p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 Roboty przygotowawcze i ziemne</w:t>
            </w:r>
          </w:p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 Fundamenty</w:t>
            </w:r>
          </w:p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 Konstrukcja</w:t>
            </w:r>
          </w:p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 Instalacje</w:t>
            </w:r>
          </w:p>
        </w:tc>
        <w:tc>
          <w:tcPr>
            <w:tcW w:type="dxa" w:w="3946"/>
          </w:tcPr>
          <w:p/>
        </w:tc>
      </w:tr>
      <w:tr>
        <w:trPr>
          <w:trHeight w:val="481" w:hRule="atLeast"/>
          <w:cantSplit/>
        </w:trPr>
        <w:tc>
          <w:tcPr>
            <w:tcW w:type="dxa" w:w="591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 Wykończenie</w:t>
            </w:r>
          </w:p>
        </w:tc>
        <w:tc>
          <w:tcPr>
            <w:tcW w:type="dxa" w:w="394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 netto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VAT ...%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 brutto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wynagrodzenia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kosztorysowe / ryczałt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Prace nieprzewidziane w zestawieniu: gdy zestawienie sporządził zamawiający, wykonawca może żądać podwyższenia wynagrodzenia; gdy sporządził je wykonawca, tylko gdy mimo należytej staranności nie mógł przewidzieć prac dodatkowych (art. 630 § 1 KC). Prace dodatkowe wykonane bez zgody zamawiającego nie uprawniają do podwyższenia (art. 630 § 2 KC).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Sporządził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Oferent (podpis)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Kosztorys Ofertowy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