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KSIĄŻKA DYŻURÓW ŻURAWIA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żuraw wieżowy / szybkomontujący (§ 14 rozporządzenia z 22 października 2018 r., Dz.U. 2018 poz. 2147)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Metryka książki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Żuraw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producent, typ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fabryczny / numer ewidencyjny UDT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założenia książki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 / eksploatujący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firma,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Konserwator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firma,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kierująca pracownikami na terenie pracy żurawia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Decyzja UDT zezwalająca na eksploatację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ważna do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Zasady prowadzenia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jedna książka dla każdego żurawia; zapewnia ją pracodawca (§ 14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wpisy robi operator żurawia w czasie zmiany i potwierdza własnoręcznym podpisem (§ 14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przed przystąpieniem do pracy operator zapoznaje się z wpisami w książce (§ 14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czynności operatora od wejścia na żuraw do zejścia nie dłużej niż 8 godzin na dobę (§ 19)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przemieszczanie osób koszem na haku tylko według warunków eksploatacji z kartą podpisów (§ 15)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przemieszczanie ładunku więcej niż jednym żurawiem tylko według osobnej instrukcji (§ 17)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Operatorzy upoważnieni do obsługi żurawia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2959"/>
        <w:gridCol w:w="1775"/>
        <w:gridCol w:w="1381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Zaświadczenie kwalifikacyjne nr / ważne do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Orzeczenie lekarskie ważne do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2959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2959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2959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2959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Operatorem żurawia może być osoba, która ukończyła 18 lat, ma ważne zaświadczenie kwalifikacyjne do obsługi żurawia i aktualne orzeczenie lekarskie o braku przeciwwskazań do pracy na tym stanowisku (§ 3).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Wpisy operatora (§ 14 ust. 2)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"/>
        <w:gridCol w:w="1085"/>
        <w:gridCol w:w="1578"/>
        <w:gridCol w:w="2170"/>
        <w:gridCol w:w="1874"/>
        <w:gridCol w:w="1183"/>
        <w:gridCol w:w="986"/>
      </w:tblGrid>
      <w:tr>
        <w:trPr>
          <w:cantSplit/>
        </w:trPr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Godz. od–do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Operator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 techniczny żurawia i urządzeń</w:t>
            </w:r>
          </w:p>
        </w:tc>
        <w:tc>
          <w:tcPr>
            <w:tcW w:type="dxa" w:w="187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Odmowa pracy: czynność i przyczyna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Osoby / kilka żurawi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2170"/>
          </w:tcPr>
          <w:p/>
        </w:tc>
        <w:tc>
          <w:tcPr>
            <w:tcW w:type="dxa" w:w="1874"/>
          </w:tcPr>
          <w:p/>
        </w:tc>
        <w:tc>
          <w:tcPr>
            <w:tcW w:type="dxa" w:w="1183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2170"/>
          </w:tcPr>
          <w:p/>
        </w:tc>
        <w:tc>
          <w:tcPr>
            <w:tcW w:type="dxa" w:w="1874"/>
          </w:tcPr>
          <w:p/>
        </w:tc>
        <w:tc>
          <w:tcPr>
            <w:tcW w:type="dxa" w:w="1183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2170"/>
          </w:tcPr>
          <w:p/>
        </w:tc>
        <w:tc>
          <w:tcPr>
            <w:tcW w:type="dxa" w:w="1874"/>
          </w:tcPr>
          <w:p/>
        </w:tc>
        <w:tc>
          <w:tcPr>
            <w:tcW w:type="dxa" w:w="1183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2170"/>
          </w:tcPr>
          <w:p/>
        </w:tc>
        <w:tc>
          <w:tcPr>
            <w:tcW w:type="dxa" w:w="1874"/>
          </w:tcPr>
          <w:p/>
        </w:tc>
        <w:tc>
          <w:tcPr>
            <w:tcW w:type="dxa" w:w="1183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2170"/>
          </w:tcPr>
          <w:p/>
        </w:tc>
        <w:tc>
          <w:tcPr>
            <w:tcW w:type="dxa" w:w="1874"/>
          </w:tcPr>
          <w:p/>
        </w:tc>
        <w:tc>
          <w:tcPr>
            <w:tcW w:type="dxa" w:w="1183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2170"/>
          </w:tcPr>
          <w:p/>
        </w:tc>
        <w:tc>
          <w:tcPr>
            <w:tcW w:type="dxa" w:w="1874"/>
          </w:tcPr>
          <w:p/>
        </w:tc>
        <w:tc>
          <w:tcPr>
            <w:tcW w:type="dxa" w:w="1183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2170"/>
          </w:tcPr>
          <w:p/>
        </w:tc>
        <w:tc>
          <w:tcPr>
            <w:tcW w:type="dxa" w:w="1874"/>
          </w:tcPr>
          <w:p/>
        </w:tc>
        <w:tc>
          <w:tcPr>
            <w:tcW w:type="dxa" w:w="1183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2170"/>
          </w:tcPr>
          <w:p/>
        </w:tc>
        <w:tc>
          <w:tcPr>
            <w:tcW w:type="dxa" w:w="1874"/>
          </w:tcPr>
          <w:p/>
        </w:tc>
        <w:tc>
          <w:tcPr>
            <w:tcW w:type="dxa" w:w="1183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2170"/>
          </w:tcPr>
          <w:p/>
        </w:tc>
        <w:tc>
          <w:tcPr>
            <w:tcW w:type="dxa" w:w="1874"/>
          </w:tcPr>
          <w:p/>
        </w:tc>
        <w:tc>
          <w:tcPr>
            <w:tcW w:type="dxa" w:w="1183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2170"/>
          </w:tcPr>
          <w:p/>
        </w:tc>
        <w:tc>
          <w:tcPr>
            <w:tcW w:type="dxa" w:w="1874"/>
          </w:tcPr>
          <w:p/>
        </w:tc>
        <w:tc>
          <w:tcPr>
            <w:tcW w:type="dxa" w:w="1183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2170"/>
          </w:tcPr>
          <w:p/>
        </w:tc>
        <w:tc>
          <w:tcPr>
            <w:tcW w:type="dxa" w:w="1874"/>
          </w:tcPr>
          <w:p/>
        </w:tc>
        <w:tc>
          <w:tcPr>
            <w:tcW w:type="dxa" w:w="1183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2170"/>
          </w:tcPr>
          <w:p/>
        </w:tc>
        <w:tc>
          <w:tcPr>
            <w:tcW w:type="dxa" w:w="1874"/>
          </w:tcPr>
          <w:p/>
        </w:tc>
        <w:tc>
          <w:tcPr>
            <w:tcW w:type="dxa" w:w="1183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2170"/>
          </w:tcPr>
          <w:p/>
        </w:tc>
        <w:tc>
          <w:tcPr>
            <w:tcW w:type="dxa" w:w="1874"/>
          </w:tcPr>
          <w:p/>
        </w:tc>
        <w:tc>
          <w:tcPr>
            <w:tcW w:type="dxa" w:w="1183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2170"/>
          </w:tcPr>
          <w:p/>
        </w:tc>
        <w:tc>
          <w:tcPr>
            <w:tcW w:type="dxa" w:w="1874"/>
          </w:tcPr>
          <w:p/>
        </w:tc>
        <w:tc>
          <w:tcPr>
            <w:tcW w:type="dxa" w:w="1183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2170"/>
          </w:tcPr>
          <w:p/>
        </w:tc>
        <w:tc>
          <w:tcPr>
            <w:tcW w:type="dxa" w:w="1874"/>
          </w:tcPr>
          <w:p/>
        </w:tc>
        <w:tc>
          <w:tcPr>
            <w:tcW w:type="dxa" w:w="1183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2170"/>
          </w:tcPr>
          <w:p/>
        </w:tc>
        <w:tc>
          <w:tcPr>
            <w:tcW w:type="dxa" w:w="1874"/>
          </w:tcPr>
          <w:p/>
        </w:tc>
        <w:tc>
          <w:tcPr>
            <w:tcW w:type="dxa" w:w="1183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2170"/>
          </w:tcPr>
          <w:p/>
        </w:tc>
        <w:tc>
          <w:tcPr>
            <w:tcW w:type="dxa" w:w="1874"/>
          </w:tcPr>
          <w:p/>
        </w:tc>
        <w:tc>
          <w:tcPr>
            <w:tcW w:type="dxa" w:w="1183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2170"/>
          </w:tcPr>
          <w:p/>
        </w:tc>
        <w:tc>
          <w:tcPr>
            <w:tcW w:type="dxa" w:w="1874"/>
          </w:tcPr>
          <w:p/>
        </w:tc>
        <w:tc>
          <w:tcPr>
            <w:tcW w:type="dxa" w:w="1183"/>
          </w:tcPr>
          <w:p/>
        </w:tc>
        <w:tc>
          <w:tcPr>
            <w:tcW w:type="dxa" w:w="986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Kolumna „Odmowa pracy”: sytuacje, w których operator powstrzymał się od pracy (§ 11–13), np. porywy wiatru powyżej 10 m/s przy ładunkach wielkowymiarowych albo powyżej 15 m/s przy innych pracach, jeśli instrukcja żurawia nie podaje innych wartości, brak łączności z sygnalistą, temperatura w kabinie poniżej 18°C lub powyżej 28°C, hałas powyżej 80 dB, usterka. Kolumna „Osoby / kilka żurawi”: przemieszczanie osób (§ 15) i ładunku więcej niż jednym żurawiem (§ 17). Usterki usuwa konserwator i odnotowuje w dzienniku konserwacji (§ 9 rozp. z 30 października 2018 r., Dz.U. 2018 poz. 2176).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Książka Dyżurów Żurawia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