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KSIĄŻKA OBIEKTU BUDOWLANEGO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układ według rozporządzenia Ministra Rozwoju i Technologii z dnia 15 grudnia 2022 r. (Dz.U. 2022 poz. 2778): strona tytułowa i tablice I–VIII; art. 60a–60r Prawa budowlanego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STRONA TYTUŁOWA (§ 3)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Rodzaj obiektu budowlanego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obiektu budowlanego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założenia książki obiektu budowlanego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tomu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tylko książka papierowa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Liczba stron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tylko książka papierowa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Indywidualny numer książki nadany w systemie c-KOB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tylko książka elektroniczna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Książkę papierową prowadzi się na ponumerowanych stronach formatu A4 tak, aby była chroniona przed usunięciem lub wymianą stron (§ 12). Wpisy zamieszcza się w porządku chronologicznym, trwale i czytelnie, bez możliwości uzupełnień (§ 16 ust. 1, § 18). Każdy wpis ma datę, imię i nazwisko oraz czytelny podpis osoby wpisującej (§ 19).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TABLICA NR I. INFORMACJE O OBIEKCIE BUDOWLANYM (§ 4; art. 60a pkt 1)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Rodzaj obiektu budowlanego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Funkcja obiektu budowlanego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Rok oddania do użytkowania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 właściwego organu nadzoru budowlanego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Powierzchnia zabudowy budynku (m²)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Powierzchnia dachu budowli (m²)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Wysokość (m)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Kubatura (m³)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Liczba kondygnacji nadziemnych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Liczba kondygnacji podziemnych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Liczba lokali mieszkalnych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budynek mieszkalny wielorodzinny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Rodzaj konstrukcji nośnej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Wyroby zawierające azbest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tak / nie, gdzie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Lokalizacja obiektu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adres; w c-KOB także oznaczenie na mapie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Wyposażenie obiektu w instalacje i urządzenia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Wymagane kontrole okresowe (art. 62 ust. 1 pkt 1–3):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kontrola co najmniej raz w roku (pkt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kontrola co najmniej raz na 5 lat (pkt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kontrola dwa razy w roku, do 31 maja i do 30 listopada: budynek o powierzchni zabudowy powyżej 2000 m² albo inny obiekt o powierzchni dachu powyżej 1000 m² (pkt 3)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Plan sytuacyjny obiektu (art. 60k ust. 2) zawiera: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granice nieruchomości, a dla sieci oznaczenie jej lokalizacji w terenie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istniejące miejsca przyłączenia obiektu do sieci uzbrojenia terenu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miejsca urządzeń do odcinania instalacji od przyłączy oraz przyłączy od sieci (wewnątrz obiektu: opis lokalizacji, art. 60k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przebieg istniejących dróg pożarowych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miejsca hydrantów zewnętrznych lub innych punktów poboru wody do celów przeciwpożarowych oraz stanowisk czerpania wody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TABLICA NR II. DANE WŁAŚCICIELA LUB ZARZĄDCY (§ 5; art. 60a pkt 2, art. 60d)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Właściciel: imię i nazwisko lub nazwa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Właściciel: adres zamieszkania lub siedziby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Właściciel: e-mail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Zarządca (jeśli jest): imię i nazwisko lub nazwa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Zarządca: adres zamieszkania lub siedziby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Zarządca: e-mail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fizyczna upoważniona do prowadzenia książki: imię i nazwisko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prowadząca książkę: adres zamieszkania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prowadząca książkę: e-mail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TABLICA NR III. PRZEPROWADZONE KONTROLE (§ 6; art. 62 ust. 1)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887"/>
        <w:gridCol w:w="1677"/>
        <w:gridCol w:w="1578"/>
        <w:gridCol w:w="1973"/>
        <w:gridCol w:w="1479"/>
        <w:gridCol w:w="1183"/>
        <w:gridCol w:w="1085"/>
      </w:tblGrid>
      <w:tr>
        <w:trPr>
          <w:cantSplit/>
        </w:trPr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kontroli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Osoba kontrolująca, numer, rodzaj i zakres uprawnień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kontroli; czy obiekt powyżej 2000 m² zabudowy lub 1000 m² dachu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Ustalenia; nieprawidłowości; czy zagrożenie życia, mienia, pożar, wybuch, porażenie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Zalecenia i terminy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Metody i środki użytkowania; niewykonane zalecenia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Wpis: imię, nazwisko, podpis</w:t>
            </w:r>
          </w:p>
        </w:tc>
      </w:tr>
      <w:tr>
        <w:trPr>
          <w:trHeight w:val="481" w:hRule="atLeast"/>
          <w:cantSplit/>
        </w:trPr>
        <w:tc>
          <w:tcPr>
            <w:tcW w:type="dxa" w:w="887"/>
          </w:tcPr>
          <w:p/>
        </w:tc>
        <w:tc>
          <w:tcPr>
            <w:tcW w:type="dxa" w:w="1677"/>
          </w:tcPr>
          <w:p/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887"/>
          </w:tcPr>
          <w:p/>
        </w:tc>
        <w:tc>
          <w:tcPr>
            <w:tcW w:type="dxa" w:w="1677"/>
          </w:tcPr>
          <w:p/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887"/>
          </w:tcPr>
          <w:p/>
        </w:tc>
        <w:tc>
          <w:tcPr>
            <w:tcW w:type="dxa" w:w="1677"/>
          </w:tcPr>
          <w:p/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887"/>
          </w:tcPr>
          <w:p/>
        </w:tc>
        <w:tc>
          <w:tcPr>
            <w:tcW w:type="dxa" w:w="1677"/>
          </w:tcPr>
          <w:p/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887"/>
          </w:tcPr>
          <w:p/>
        </w:tc>
        <w:tc>
          <w:tcPr>
            <w:tcW w:type="dxa" w:w="1677"/>
          </w:tcPr>
          <w:p/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TABLICA NR IV. EKSPERTYZY I OPINIE TECHNICZNE (§ 7; art. 60a pkt 4)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887"/>
        <w:gridCol w:w="1578"/>
        <w:gridCol w:w="1973"/>
        <w:gridCol w:w="2367"/>
        <w:gridCol w:w="1677"/>
        <w:gridCol w:w="1381"/>
      </w:tblGrid>
      <w:tr>
        <w:trPr>
          <w:cantSplit/>
        </w:trPr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Autor: 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Przyczyna zlecenia i cel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Wnioski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Sposób wykorzystania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Wpisu dokonał (imię, nazwisko, podpis)</w:t>
            </w:r>
          </w:p>
        </w:tc>
      </w:tr>
      <w:tr>
        <w:trPr>
          <w:trHeight w:val="481" w:hRule="atLeast"/>
          <w:cantSplit/>
        </w:trPr>
        <w:tc>
          <w:tcPr>
            <w:tcW w:type="dxa" w:w="887"/>
          </w:tcPr>
          <w:p/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  <w:tc>
          <w:tcPr>
            <w:tcW w:type="dxa" w:w="2367"/>
          </w:tcPr>
          <w:p/>
        </w:tc>
        <w:tc>
          <w:tcPr>
            <w:tcW w:type="dxa" w:w="1677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887"/>
          </w:tcPr>
          <w:p/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  <w:tc>
          <w:tcPr>
            <w:tcW w:type="dxa" w:w="2367"/>
          </w:tcPr>
          <w:p/>
        </w:tc>
        <w:tc>
          <w:tcPr>
            <w:tcW w:type="dxa" w:w="1677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887"/>
          </w:tcPr>
          <w:p/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  <w:tc>
          <w:tcPr>
            <w:tcW w:type="dxa" w:w="2367"/>
          </w:tcPr>
          <w:p/>
        </w:tc>
        <w:tc>
          <w:tcPr>
            <w:tcW w:type="dxa" w:w="1677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887"/>
          </w:tcPr>
          <w:p/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  <w:tc>
          <w:tcPr>
            <w:tcW w:type="dxa" w:w="2367"/>
          </w:tcPr>
          <w:p/>
        </w:tc>
        <w:tc>
          <w:tcPr>
            <w:tcW w:type="dxa" w:w="1677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TABLICA NR V. PRZEGLĄDY, KONSERWACJA I NAPRAWY URZĄDZEŃ PRZECIWPOŻAROWYCH (§ 8; art. 60a pkt 5)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170"/>
        <w:gridCol w:w="2170"/>
        <w:gridCol w:w="4143"/>
        <w:gridCol w:w="1381"/>
      </w:tblGrid>
      <w:tr>
        <w:trPr>
          <w:cantSplit/>
        </w:trPr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i zakres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Wykonał: imię i nazwisko</w:t>
            </w:r>
          </w:p>
        </w:tc>
        <w:tc>
          <w:tcPr>
            <w:tcW w:type="dxa" w:w="414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Wnioski z przeglądu, konserwacji lub naprawy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Wpisu dokonał (imię, nazwisko, podpis)</w:t>
            </w:r>
          </w:p>
        </w:tc>
      </w:tr>
      <w:tr>
        <w:trPr>
          <w:trHeight w:val="481" w:hRule="atLeast"/>
          <w:cantSplit/>
        </w:trPr>
        <w:tc>
          <w:tcPr>
            <w:tcW w:type="dxa" w:w="2170"/>
          </w:tcPr>
          <w:p/>
        </w:tc>
        <w:tc>
          <w:tcPr>
            <w:tcW w:type="dxa" w:w="2170"/>
          </w:tcPr>
          <w:p/>
        </w:tc>
        <w:tc>
          <w:tcPr>
            <w:tcW w:type="dxa" w:w="414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2170"/>
          </w:tcPr>
          <w:p/>
        </w:tc>
        <w:tc>
          <w:tcPr>
            <w:tcW w:type="dxa" w:w="2170"/>
          </w:tcPr>
          <w:p/>
        </w:tc>
        <w:tc>
          <w:tcPr>
            <w:tcW w:type="dxa" w:w="414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2170"/>
          </w:tcPr>
          <w:p/>
        </w:tc>
        <w:tc>
          <w:tcPr>
            <w:tcW w:type="dxa" w:w="2170"/>
          </w:tcPr>
          <w:p/>
        </w:tc>
        <w:tc>
          <w:tcPr>
            <w:tcW w:type="dxa" w:w="414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2170"/>
          </w:tcPr>
          <w:p/>
        </w:tc>
        <w:tc>
          <w:tcPr>
            <w:tcW w:type="dxa" w:w="2170"/>
          </w:tcPr>
          <w:p/>
        </w:tc>
        <w:tc>
          <w:tcPr>
            <w:tcW w:type="dxa" w:w="4143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TABLICA NR VI. ROBOTY BUDOWLANE PO ODDANIU DO UŻYTKOWANIA (§ 9; art. 60a pkt 6)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677"/>
        <w:gridCol w:w="3551"/>
        <w:gridCol w:w="2861"/>
        <w:gridCol w:w="1381"/>
      </w:tblGrid>
      <w:tr>
        <w:trPr>
          <w:cantSplit/>
        </w:trPr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Rozpoczęcie – zakończenie</w:t>
            </w:r>
          </w:p>
        </w:tc>
        <w:tc>
          <w:tcPr>
            <w:tcW w:type="dxa" w:w="355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wykonanych robót</w:t>
            </w:r>
          </w:p>
        </w:tc>
        <w:tc>
          <w:tcPr>
            <w:tcW w:type="dxa" w:w="286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Protokół kontroli, z której wynikały roboty (nr, data)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Wpisu dokonał (imię, nazwisko, podpis)</w:t>
            </w:r>
          </w:p>
        </w:tc>
      </w:tr>
      <w:tr>
        <w:trPr>
          <w:trHeight w:val="481" w:hRule="atLeast"/>
          <w:cantSplit/>
        </w:trPr>
        <w:tc>
          <w:tcPr>
            <w:tcW w:type="dxa" w:w="1677"/>
          </w:tcPr>
          <w:p/>
        </w:tc>
        <w:tc>
          <w:tcPr>
            <w:tcW w:type="dxa" w:w="3551"/>
          </w:tcPr>
          <w:p/>
        </w:tc>
        <w:tc>
          <w:tcPr>
            <w:tcW w:type="dxa" w:w="2861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677"/>
          </w:tcPr>
          <w:p/>
        </w:tc>
        <w:tc>
          <w:tcPr>
            <w:tcW w:type="dxa" w:w="3551"/>
          </w:tcPr>
          <w:p/>
        </w:tc>
        <w:tc>
          <w:tcPr>
            <w:tcW w:type="dxa" w:w="2861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677"/>
          </w:tcPr>
          <w:p/>
        </w:tc>
        <w:tc>
          <w:tcPr>
            <w:tcW w:type="dxa" w:w="3551"/>
          </w:tcPr>
          <w:p/>
        </w:tc>
        <w:tc>
          <w:tcPr>
            <w:tcW w:type="dxa" w:w="2861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677"/>
          </w:tcPr>
          <w:p/>
        </w:tc>
        <w:tc>
          <w:tcPr>
            <w:tcW w:type="dxa" w:w="3551"/>
          </w:tcPr>
          <w:p/>
        </w:tc>
        <w:tc>
          <w:tcPr>
            <w:tcW w:type="dxa" w:w="2861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TABLICA NR VII. KATASTROFY BUDOWLANE (§ 10; art. 60a pkt 7)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183"/>
        <w:gridCol w:w="3551"/>
        <w:gridCol w:w="3749"/>
        <w:gridCol w:w="1381"/>
      </w:tblGrid>
      <w:tr>
        <w:trPr>
          <w:cantSplit/>
        </w:trPr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355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katastrofy</w:t>
            </w:r>
          </w:p>
        </w:tc>
        <w:tc>
          <w:tcPr>
            <w:tcW w:type="dxa" w:w="374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Ustalone przyczyny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Wpisu dokonał (imię, nazwisko, podpis)</w:t>
            </w:r>
          </w:p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3551"/>
          </w:tcPr>
          <w:p/>
        </w:tc>
        <w:tc>
          <w:tcPr>
            <w:tcW w:type="dxa" w:w="3749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3551"/>
          </w:tcPr>
          <w:p/>
        </w:tc>
        <w:tc>
          <w:tcPr>
            <w:tcW w:type="dxa" w:w="3749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3551"/>
          </w:tcPr>
          <w:p/>
        </w:tc>
        <w:tc>
          <w:tcPr>
            <w:tcW w:type="dxa" w:w="3749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TABLICA NR VIII. DECYZJE, POSTANOWIENIA, ZAŚWIADCZENIA I INNE DOKUMENTY ORGANÓW (§ 11; art. 60a pkt 8)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170"/>
        <w:gridCol w:w="1183"/>
        <w:gridCol w:w="5130"/>
        <w:gridCol w:w="1381"/>
      </w:tblGrid>
      <w:tr>
        <w:trPr>
          <w:cantSplit/>
        </w:trPr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Organ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Rodzaj i treść dokumentu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Wpisu dokonał (imię, nazwisko, podpis)</w:t>
            </w:r>
          </w:p>
        </w:tc>
      </w:tr>
      <w:tr>
        <w:trPr>
          <w:trHeight w:val="481" w:hRule="atLeast"/>
          <w:cantSplit/>
        </w:trPr>
        <w:tc>
          <w:tcPr>
            <w:tcW w:type="dxa" w:w="2170"/>
          </w:tcPr>
          <w:p/>
        </w:tc>
        <w:tc>
          <w:tcPr>
            <w:tcW w:type="dxa" w:w="1183"/>
          </w:tcPr>
          <w:p/>
        </w:tc>
        <w:tc>
          <w:tcPr>
            <w:tcW w:type="dxa" w:w="5130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2170"/>
          </w:tcPr>
          <w:p/>
        </w:tc>
        <w:tc>
          <w:tcPr>
            <w:tcW w:type="dxa" w:w="1183"/>
          </w:tcPr>
          <w:p/>
        </w:tc>
        <w:tc>
          <w:tcPr>
            <w:tcW w:type="dxa" w:w="5130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2170"/>
          </w:tcPr>
          <w:p/>
        </w:tc>
        <w:tc>
          <w:tcPr>
            <w:tcW w:type="dxa" w:w="1183"/>
          </w:tcPr>
          <w:p/>
        </w:tc>
        <w:tc>
          <w:tcPr>
            <w:tcW w:type="dxa" w:w="5130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2170"/>
          </w:tcPr>
          <w:p/>
        </w:tc>
        <w:tc>
          <w:tcPr>
            <w:tcW w:type="dxa" w:w="1183"/>
          </w:tcPr>
          <w:p/>
        </w:tc>
        <w:tc>
          <w:tcPr>
            <w:tcW w:type="dxa" w:w="5130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2170"/>
          </w:tcPr>
          <w:p/>
        </w:tc>
        <w:tc>
          <w:tcPr>
            <w:tcW w:type="dxa" w:w="1183"/>
          </w:tcPr>
          <w:p/>
        </w:tc>
        <w:tc>
          <w:tcPr>
            <w:tcW w:type="dxa" w:w="5130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Poprawka wpisu to kolejny wpis z właściwą treścią i uzasadnieniem zmiany (§ 17 ust. 1). W książce papierowej wolno skreślić błędny tekst tak, aby dało się go odczytać, i wpisać właściwy z uzasadnieniem, imieniem, nazwiskiem, datą i podpisem (§ 17 ust. 2). Gdy brakuje miejsca w tablicy, zakłada się kolejny tom albo książkę elektroniczną i robi adnotację o kontynuacji (§ 13). Wpisu dokonuje się niezwłocznie, najpóźniej w 7 dni od zdarzenia (art. 60f ust. 1).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Książka Obiektu Budowlanego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