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LISTA KONTROLNA DOKUMENTÓW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sprawdzenie przed wejściem ekipy na budowę (art. 208, 229 § 4 i 237³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Lista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sprawdzenia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budowa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NIP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 podwykonawcy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wejścia ekipy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Sprawdził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kontaktowa podwykonawcy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Firma i umowa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Pozycje oznaczone (U) wynikają z umowy lub procedury generalnego wykonawcy. Przepisy BHP ich nie wymagają.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z podwykonawcą z załącznikami: regulamin budowy, taryfikator kar, wykaz pracowników (U)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zgłoszenie szczegółowego przedmiotu robót inwestorowi albo oznaczenie podwykonawcy w umowie inwestora z wykonawcą (art. 647¹ § 1–2 KC); zgłoszenie na piśmie (§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aktualny odpis z KRS albo wpis do CEIDG, NIP (U)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polisa OC działalności podwykonawcy (U)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oświadczenie podwykonawcy o zapłacie wynagrodzeń i składek (U)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BHP firmy podwykonawcy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osoba kierująca pracami i sprawująca bezpośredni nadzór nad BHP (§ 5 rozp. z 6.02.2003) oraz kontakt na wypadek zagrożenia (art. 208 § 1 pkt 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bezpiecznego wykonywania robót dla zakresu podwykonawcy albo wspólna instrukcja; pracownicy zaznajomieni (§ 2 rozp. z 6.02.2003)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ocena ryzyka zawodowego dla stanowisk ekipy (art. 226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pracownicy wyznaczeni do pierwszej pomocy i zwalczania pożarów (art. 209¹ § 1 pkt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informacje o zagrożeniach na budowie przekazane przez generalnego wykonawcę podwykonawcy dla jego pracowników: data i forma (art. 208 § 3 i art. 207¹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potwierdzenie zapoznania z regulaminem budowy (U)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Pracownicy i ich dokumenty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"/>
        <w:gridCol w:w="2269"/>
        <w:gridCol w:w="1085"/>
        <w:gridCol w:w="1085"/>
        <w:gridCol w:w="1085"/>
        <w:gridCol w:w="1578"/>
        <w:gridCol w:w="1183"/>
        <w:gridCol w:w="1183"/>
      </w:tblGrid>
      <w:tr>
        <w:trPr>
          <w:cantSplit/>
        </w:trPr>
        <w:tc>
          <w:tcPr>
            <w:tcW w:type="dxa" w:w="39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26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nazwisko, stanowisko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Orzeczenie lekarskie do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wstępne (data)</w:t>
            </w:r>
          </w:p>
        </w:tc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okresowe do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Uprawnienia: rodzaj, do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Regulamin i IBWR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</w:t>
            </w:r>
          </w:p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394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269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085"/>
          </w:tcPr>
          <w:p/>
        </w:tc>
        <w:tc>
          <w:tcPr>
            <w:tcW w:type="dxa" w:w="1578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Wynik: OK, brak, wygasło, do uzupełnienia do dnia. Regulamin i IBWR (instrukcja bezpiecznego wykonywania robót): data zapoznania pracownika i podpis albo potwierdzenie w karcie.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Co sprawdzasz w kolumnach tabeli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orzeczenie lekarskie stwierdza brak przeciwwskazań do pracy na stanowisku opisanym w skierowaniu (art. 229 §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wstępne: instruktaż ogólny i stanowiskowy potwierdzone w karcie szkolenia wstępnego (§ 11 i 12 rozporządzenia o szkoleniu w dziedzinie BHP)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okresowe robotników: nie rzadziej niż raz na 3 lata, a przy pracach szczególnie niebezpiecznych nie rzadziej niż raz w roku (§ 15 ust. 1 tego rozporządzenia)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obsługa i konserwacja urządzeń technicznych objętych dozorem: zaświadczenie kwalifikacyjne UDT na czas od 5 do 10 lat (art. 22 ust. 3 i 3a ustawy o dozorze technicznym)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eksploatacja urządzeń, instalacji i sieci elektrycznych: świadectwo kwalifikacyjne, które traci ważność po 5 latach od wydania (art. 54 ust. 1 i 1aa Prawa energetycznego)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na umowach cywilnych i prowadzące działalność na własny rachunek: dokumenty ustala umowa, bo art. 229 KP dotyczy pracowników; bezpieczne warunki pracy zapewnia się według art. 304 § 1 KP, a art. 208 § 1 stosuje się odpowiednio (art. 304³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Decyzja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komplet: ekipa dopuszczona na budowę od dnia 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braki: wezwanie do uzupełnienia wysłano dnia ........, termin ........; osoby bez kompletu dopuszcza się po uzupełnieniu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Sprawdził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(data, podpis)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Orzeczenie, szkolenie i uprawnienia pracownika są dokumentami jego pracodawcy. Przepisy nie dają generalnemu wykonawcy obowiązku badania ani szkolenia cudzych pracowników. Podstawą kontroli jest umowa, regulamin budowy i obowiązek współpracy pracodawców (art. 208 § 1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Kontrolna Dokumentów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