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LISTA KONTROLNA WÓZKA JEZDNIOWEGO PRZED ROZPOCZĘCIEM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codzienne sprawdzenie stanu technicznego (§ 7 rozporządzenia o wózkach jezdniowych z napędem silnikowym, t.j. Dz.U. 2020 poz. 852)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Wózek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rodzaj, producent, typ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fabryczny / numer ewidencyjny UDT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Napęd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elektryczny, spalinowy, gazowy (LPG)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Udźwig nominalny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 tabliczki znamionowej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/ miejsce pracy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Organizator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Tydzień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– do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nadzorująca prace wózkiem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 (§ 14)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Sprawdzenie przed pracą (§ 7 ust. 1, punkty uzupełnij według instrukcji wózka, § 3 ust. 1)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650"/>
        <w:gridCol w:w="887"/>
        <w:gridCol w:w="887"/>
        <w:gridCol w:w="887"/>
        <w:gridCol w:w="887"/>
        <w:gridCol w:w="887"/>
        <w:gridCol w:w="887"/>
        <w:gridCol w:w="887"/>
      </w:tblGrid>
      <w:tr>
        <w:trPr>
          <w:cantSplit/>
        </w:trPr>
        <w:tc>
          <w:tcPr>
            <w:tcW w:type="dxa" w:w="365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Punkt kontroli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Pn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Wt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Śr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Cz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Pt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So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Nd</w:t>
            </w:r>
          </w:p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Data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Układ kierowniczy: luz, praca kierownicy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Hamulec roboczy i postojowy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Układ napędowy: jazda w przód i w tył, wycieki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Maszt, łańcuchy, siłowniki: podnoszenie, opuszczanie, pochylanie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Widły i osprzęt: pęknięcia, blokady przed zsunięciem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Koła i opony: zużycie, uszkodzenia, ciśnienie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Oświetlenie i lampa ostrzegawcza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Sygnał dźwiękowy i sygnał cofania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Wskaźniki i kontrolki: paliwo lub bateria, temperatura, błędy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Pas bezpieczeństwa, daszek ochronny, kabina, fotel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Kratka oparcia ładunku, lusterka, wycieraczki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Tabliczka znamionowa i diagram udźwigu czytelne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Butla gazowa (mocowanie, szczelność) albo akumulator (przewody, wtyczka)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Wynik: S sprawny, N niesprawny, wózek wyłączony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Godzina sprawdzenia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Podpis operatora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Wpisuj w kolumnie dnia: + sprawne, − nieprawidłowość (opisz na stronie 2), n/d nie dotyczy. Przy pracy na dwie zmiany prowadź osobną kartę dla każdej zmiany.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Przed rozpoczęciem pracy wózkiem jezdniowym organizator pracy zapewnia sprawdzenie jego stanu technicznego, w szczególności prawidłowości działania układu kierowniczego, hamulcowego i napędowego, mechanizmów podnoszenia oraz osprzętu roboczego, a także sprawności oświetlenia i sygnalizacji, urządzeń pomiarowo-kontrolnych oraz elementów i urządzeń zabezpieczających operatora i osoby współuczestniczące w pracach transportowych (§ 7 ust. 1). Niedopuszczalna jest praca niesprawnym wózkiem i w sposób niezgodny z przeznaczeniem z instrukcji wózka (§ 7 ust. 3).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Nieprawidłowości i ich usunięcie (§ 7 ust.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"/>
        <w:gridCol w:w="3354"/>
        <w:gridCol w:w="1183"/>
        <w:gridCol w:w="1578"/>
        <w:gridCol w:w="1578"/>
        <w:gridCol w:w="1183"/>
      </w:tblGrid>
      <w:tr>
        <w:trPr>
          <w:cantSplit/>
        </w:trPr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Punkt i opis nieprawidłowości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Wózek wyłączony (tak / nie)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Komu zgłoszono, godz.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Usunięto: data, kto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3354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3354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3354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3354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3354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3354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3354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przypadku stwierdzonych nieprawidłowości wyniki sprawdzenia odnotowuje się w dokumentach eksploatacyjnych wózka jezdniowego (§ 7 ust. 2). Konserwację wózków podnośnikowych z mechanicznym napędem podnoszenia prowadzą osoby z zaświadczeniem kwalifikacyjnym (§ 7 ust. 4); usunięcie usterki konserwator wpisuje w dzienniku konserwacji (§ 9 ust. 1 pkt 5 rozp. z 30 października 2018 r., Dz.U. 2018 poz. 2176).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Warunki na placu budowy przed pierwszym kursem (§ 17)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podłoże o sprawdzonej wytrzymałości, nie niestabilne i nie śliskie (§ 17 pkt 3 i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nawierzchnia i nachylenie zgodne z instrukcją wózka (§ 17 pkt 2); drogi dla wózków bezszynowych do 5% (§ 14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miejsce pracy oświetlone albo wózek ma odpowiednie światła (§ 17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ładunki dostosowane do podstawy ładunkowej i w granicach udźwigu z instrukcji (§ 17 pkt 1 i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operator zna dopuszczalne prędkości na trasach i instrukcję bezpieczeństwa prac transportowych (§ 5 ust. 1, § 8 ust.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Operatorzy wózka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3157"/>
        <w:gridCol w:w="1973"/>
        <w:gridCol w:w="1775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Zaświadczenie kwalifikacyjne UDT nr / ważne do (§ 4 ust. 1)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Szkolenie: butle gazowe (§ 4 ust. 3)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Punkty kontroli są przykładem. Zakres i kolejność sprawdzenia dostosuj do instrukcji producenta wózka, według której wózek się użytkuje, obsługuje i konserwuje (§ 3 ust. 1). Maszyny przed rozpoczęciem pracy i przy zmianie obsługi sprawdza się pod względem sprawności technicznej i bezpiecznego użytkowania, a gdy prowadzi się dla nich wymaganą dokumentację, sprawdzenie potwierdza się wpisem (§ 70 rozp. o robotach budowlanych).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Sprawdził nadzorujący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Organizator pracy (data, 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Kontrolna Wózka Jezdniowego Przed Rozpoczęciem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