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LISTA KONTROLNA ŻURAWIA WIEŻOWEGO PRZED ROZPOCZĘCIEM PRACY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kontrola operatora przed zmianą (§ 11, 13, 14, 20 i 21 rozporządzenia z 22 października 2018 r., Dz.U. 2018 poz. 2147)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Żuraw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wieżowy albo szybkomontujący; producent, typ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fabryczny / numer ewidencyjny UDT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Decyzja UDT zezwalająca na eksploatację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badanie ważne do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 / miejsce pracy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kierująca pracownikami na terenie pracy żurawia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Tydzień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 – do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Sprawdzenie przed zmianą (punkty uzupełnij według instrukcji żurawia)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650"/>
        <w:gridCol w:w="887"/>
        <w:gridCol w:w="887"/>
        <w:gridCol w:w="887"/>
        <w:gridCol w:w="887"/>
        <w:gridCol w:w="887"/>
        <w:gridCol w:w="887"/>
        <w:gridCol w:w="887"/>
      </w:tblGrid>
      <w:tr>
        <w:trPr>
          <w:cantSplit/>
        </w:trPr>
        <w:tc>
          <w:tcPr>
            <w:tcW w:type="dxa" w:w="365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Punkt kontroli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Pn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Wt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Śr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Cz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Pt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So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Nd</w:t>
            </w:r>
          </w:p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Data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Wpisy poprzedniej zmiany w książce dyżurów przeczytane (§ 14 ust. 3)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Usterki z książki usunięte, pozwolenie na pracę po naprawie (§ 13 ust. 3)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Podstawa, balast, tor jezdny lub zakotwienie, odstęp 0,75 m (§ 89 *)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Drabiny, pomosty, napis przy wejściu (§ 23)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Lina, krążki, hak z zamknięciem gardzieli (§ 75 *)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Łączność z sygnalistą działa (§ 20 pkt 1)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Sygnalizator dźwiękowy (§ 20 pkt 2)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Diagram udźwigu w kabinie (§ 20 pkt 3)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Temperatura w kabinie 18–28°C (§ 20 pkt 4, § 11 ust. 1 pkt 14)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Wiatromierz działa; porywy do 15 m/s, ładunki wielkowymiarowe do 10 m/s (§ 11 ust. 1 pkt 7 i 8)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Gaśnica i apteczka (§ 20 pkt 6)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Próby bez ładunku: hamulce, podnoszenie, obrót, wózek, jazda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Ograniczniki obciążenia i ruchów włączone i działają (§ 11 ust. 1 pkt 11)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Oświetlenie terenu i światła obrysowe przy słabej widoczności (§ 21)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Wynik: S sprawny, P powstrzymanie od pracy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365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Godzina i podpis operatora</w:t>
            </w:r>
          </w:p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Wpisuj w kolumnie dnia: + sprawne, − nieprawidłowość (opisz na stronie 2), n/d nie dotyczy. Przy pracy na dwie zmiany prowadź osobną kartę dla każdej zmiany. * rozporządzenie w sprawie BHP podczas wykonywania robót budowlanych (Dz.U. 2003 nr 47 poz. 401); pozostałe paragrafy: rozporządzenie z 22 października 2018 r.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Niedopuszczalne jest m.in. obsługiwanie żurawia bez ważnej decyzji zezwalającej na eksploatację, niesprawnego, przy wyłączonych ogranicznikach obciążenia, bez możliwej komunikacji z sygnalistą, przy niesprawnych urządzeniach kabiny z § 20, przy temperaturze w kabinie niższej niż 18°C albo wyższej niż 28°C i przy hałasie w kabinie powyżej 80 dB (§ 11 ust. 1 pkt 1, 2, 11–15).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Usterki i powstrzymanie się od pracy (§ 12 i 13)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085"/>
        <w:gridCol w:w="3255"/>
        <w:gridCol w:w="1578"/>
        <w:gridCol w:w="1085"/>
        <w:gridCol w:w="1677"/>
        <w:gridCol w:w="1183"/>
      </w:tblGrid>
      <w:tr>
        <w:trPr>
          <w:cantSplit/>
        </w:trPr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Data, godz.</w:t>
            </w:r>
          </w:p>
        </w:tc>
        <w:tc>
          <w:tcPr>
            <w:tcW w:type="dxa" w:w="325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Usterka albo przyczyna powstrzymania się od pracy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Zgłoszono: komu, godz.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Wpis w książce dyżurów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Pozwolenie na wznowienie: kto, kiedy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3255"/>
          </w:tcPr>
          <w:p/>
        </w:tc>
        <w:tc>
          <w:tcPr>
            <w:tcW w:type="dxa" w:w="1578"/>
          </w:tcPr>
          <w:p/>
        </w:tc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3255"/>
          </w:tcPr>
          <w:p/>
        </w:tc>
        <w:tc>
          <w:tcPr>
            <w:tcW w:type="dxa" w:w="1578"/>
          </w:tcPr>
          <w:p/>
        </w:tc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3255"/>
          </w:tcPr>
          <w:p/>
        </w:tc>
        <w:tc>
          <w:tcPr>
            <w:tcW w:type="dxa" w:w="1578"/>
          </w:tcPr>
          <w:p/>
        </w:tc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3255"/>
          </w:tcPr>
          <w:p/>
        </w:tc>
        <w:tc>
          <w:tcPr>
            <w:tcW w:type="dxa" w:w="1578"/>
          </w:tcPr>
          <w:p/>
        </w:tc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3255"/>
          </w:tcPr>
          <w:p/>
        </w:tc>
        <w:tc>
          <w:tcPr>
            <w:tcW w:type="dxa" w:w="1578"/>
          </w:tcPr>
          <w:p/>
        </w:tc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3255"/>
          </w:tcPr>
          <w:p/>
        </w:tc>
        <w:tc>
          <w:tcPr>
            <w:tcW w:type="dxa" w:w="1578"/>
          </w:tcPr>
          <w:p/>
        </w:tc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3255"/>
          </w:tcPr>
          <w:p/>
        </w:tc>
        <w:tc>
          <w:tcPr>
            <w:tcW w:type="dxa" w:w="1578"/>
          </w:tcPr>
          <w:p/>
        </w:tc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 przypadku stwierdzenia usterek, braku osłon i zabezpieczeń lub niewłaściwego działania urządzeń żurawia, które mogą spowodować zagrożenie, operator niezwłocznie powstrzymuje się od pracy i powiadamia osobę kierującą pracownikami na terenie pracy żurawia lub osobę wyznaczoną; po naprawie może rozpocząć pracę, jeżeli otrzyma od niej pozwolenie (§ 13 ust. 1 i 3). Gdy uszkodzenie nie pozwala opuścić ładunku, miejsce pod ładunkiem odgradza się (§ 13 ust. 2). Po przerwaniu pracy z powodu wiatru żuraw ustawia się w pozycji wolnowiatrowej lub zakotwicza (§ 11 ust. 3).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Operatorzy żurawia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2959"/>
        <w:gridCol w:w="1973"/>
        <w:gridCol w:w="1973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Zaświadczenie kwalifikacyjne UDT nr / ważne do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Orzeczenie lekarskie ważne do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Operatorem żurawia może być osoba, która ukończyła 18 lat, ma ważne zaświadczenie kwalifikacyjne do obsługi żurawia i aktualne orzeczenie lekarskie (§ 3). Czynności operatora od wejścia na żuraw do zejścia nie mogą trwać dłużej niż 8 godzin na dobę (§ 19). W czasie obsługi i przy włączonym zasilaniu nie wolno wykonywać napraw ani konserwacji żurawia, z wyjątkiem smarowania lin (§ 18).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Stan techniczny żurawia i jego urządzeń operator wpisuje w książce dyżurów w czasie zmiany i potwierdza podpisem (§ 14 ust. 2 pkt 3); ta lista jest pomocą przy tym wpisie i go nie zastępuje. Ocenę zużycia haków przeprowadza przed każdą zmianą osoba z odpowiednimi kwalifikacjami (§ 75 ust. 3 rozp. o robotach budowlanych). Punkty listy są przykładem: dostosuj je do instrukcji żurawia od producenta.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Osoba kierująca pracownikami na terenie pracy żurawia (data, podpis)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Kontrolna Żurawia Wieżowego Przed Rozpoczęciem Pracy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