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LISTA OBECNOŚCI NA SZKOLENIU W DZIEDZINIE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instruktaż ogólny i stanowiskowy, szkolenie okresowe (rozporządzenie w sprawie szkolenia w dziedzinie BHP, t.j. Dz.U. 2024 poz. 1327 ze zm.)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Szkolenie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 / organizator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biuro, sala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szkolenia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..., godzin lekcyjnych po 45 min: ......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Temat i program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programu, na podstawie którego prowadzono szkolenie (§ 7 ust. 3)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do prowadzenia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 10 ust. 2 albo § 11 ust. 5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Rodzaj szkolenia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instruktaż ogólny przed dopuszczeniem do pracy (§ 9 ust. 1, § 10)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instruktaż stanowiskowy przed dopuszczeniem do pracy na stanowisku (§ 9 ust. 2, §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okresowe pracowników na stanowiskach robotniczych w formie instruktażu (§ 15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informacja o zagrożeniach dla pracowników innego pracodawcy na terenie zakładu pracy (§ 2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2071"/>
        <w:gridCol w:w="1479"/>
        <w:gridCol w:w="986"/>
        <w:gridCol w:w="236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/ pracodawca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Sprawdzian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 (ciąg dalszy)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2071"/>
        <w:gridCol w:w="1479"/>
        <w:gridCol w:w="986"/>
        <w:gridCol w:w="236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/ pracodawca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Sprawdzian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22.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23.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24.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25.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26.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27.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28.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29.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30.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479"/>
          </w:tcPr>
          <w:p/>
        </w:tc>
        <w:tc>
          <w:tcPr>
            <w:tcW w:type="dxa" w:w="986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Podsumowanie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obecnych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nieobecnych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 nadrobienia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Sprawdzian wiedzy i umiejętności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instruktaż stanowiskowy, § 11 ust. 6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Wpisy do kart szkolenia wstępnego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szkolenie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Lista nie zastępuje karty szkolenia wstępnego, w której pracownik potwierdza odbycie instruktażu (§ 12), ani zaświadczenia o ukończeniu szkolenia okresowego (§ 16 ust. 3). Organizator szkolenia zapewnia prowadzenie dokumentacji w postaci programów szkolenia, dzienników zajęć, protokołów przebiegu egzaminów i rejestru wydanych zaświadczeń (§ 5 pkt 6). Pracownik innego pracodawcy potwierdza podpisem uzyskanie informacji o zagrożeniach podczas pracy na terenie zakładu pracy (§ 2 ust. 2). Godzina lekcyjna trwa 45 minut.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Na Szkoleniu W Dziedzinie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