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NOTA OBCIĄŻENIOWA NR ......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naliczenie kary umownej z umowy o roboty budowlane (art. 483 i art. 484 Kodeksu cywilnego)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wystawienia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Wystawca i obciążany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Wystawca (wierzyciel)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Obciążany (dłużnik)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data, przedmiot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Postanowienie o karze umownej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§, ust. umowy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Podstawa naliczenia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zwłoka w wykonaniu przedmiotu umowy lub etapu (termin umowny: ........, wykonano: 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zwłoka w usunięciu wad (termin: ........, usunięto: 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naruszenie przepisów BHP lub regulaminu budowy (protokół / notatka z dnia 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odstąpienie od umowy z przyczyn leżących po stronie obciążanego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 naruszenie umowy: 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Wyliczenie kary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255"/>
        <w:gridCol w:w="1775"/>
        <w:gridCol w:w="1381"/>
        <w:gridCol w:w="1381"/>
        <w:gridCol w:w="1578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25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Tytuł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Stawka z umowy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Liczba dni / zdarzeń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Podstawa (kwota)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kary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255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255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255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255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Razem do zapłaty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słownie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Limit kar z umowy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% wynagrodzenia, jeśli umowa go przewiduje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Zapłata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zapłaty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Rachunek bankowy wierzyciela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należność zostanie potrącona z wynagrodzenia z faktury nr ........ (oświadczenie o potrąceniu w pkt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należność należy zapłacić przelewem na rachunek wskazany wyżej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Oświadczenie o potrąceniu (jeśli dotyczy)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Wystawca oświadcza, że potrąca wierzytelność z tytułu kary umownej opisanej w pkt 3 w kwocie ........................ zł z wierzytelności obciążanego z faktury nr ........................ z dnia ........................ Wierzytelności umarzają się do wysokości wierzytelności niższej.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Wystawca (osoba upoważniona)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Kara umowna dotyczy niewykonania lub nienależytego wykonania zobowiązania niepieniężnego (art. 483 § 1 KC) i należy się w zastrzeżonej wysokości bez względu na wysokość szkody; dłużnik może żądać jej zmniejszenia, jeżeli zobowiązanie wykonano w znacznej części albo kara jest rażąco wygórowana (art. 484 KC). Potrącenia dokonuje się przez oświadczenie złożone drugiej stronie, gdy obie wierzytelności są wymagalne (art. 498 § 1 i art. 499 KC). Nota obciążeniowa nie jest fakturą.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Obciążeniowa Nr ......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