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NOTA ODSETKOWA NR ......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odsetki za opóźnienie w transakcji handlowej i rekompensata za koszty odzyskiwania należności (art. 7 ust. 1 lub art. 8 ust. 1 i art. 10 ust. 1 ustawy z 8.03.2013)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wystawienia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Wierzyciel i dłużnik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Wierzyciel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Dłużnik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Status dłużnika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duży przedsiębiorca / MŚP / podmiot publiczny / publiczny podmiot leczniczy (art. 4 pkt 3, 5, 6)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termin zapłaty w dniach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Faktury i odsetki (art. 7 ust. 1 lub art. 8 ust. 1)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"/>
        <w:gridCol w:w="1282"/>
        <w:gridCol w:w="1085"/>
        <w:gridCol w:w="1085"/>
        <w:gridCol w:w="1085"/>
        <w:gridCol w:w="1085"/>
        <w:gridCol w:w="1282"/>
        <w:gridCol w:w="493"/>
        <w:gridCol w:w="690"/>
        <w:gridCol w:w="1381"/>
      </w:tblGrid>
      <w:tr>
        <w:trPr>
          <w:cantSplit/>
        </w:trPr>
        <w:tc>
          <w:tcPr>
            <w:tcW w:type="dxa" w:w="39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faktury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doręcz.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Dzień wymag.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zł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Zapłacono dnia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od-do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Dni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Stopa %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Odsetki zł</w:t>
            </w:r>
          </w:p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493"/>
          </w:tcPr>
          <w:p/>
        </w:tc>
        <w:tc>
          <w:tcPr>
            <w:tcW w:type="dxa" w:w="69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493"/>
          </w:tcPr>
          <w:p/>
        </w:tc>
        <w:tc>
          <w:tcPr>
            <w:tcW w:type="dxa" w:w="69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493"/>
          </w:tcPr>
          <w:p/>
        </w:tc>
        <w:tc>
          <w:tcPr>
            <w:tcW w:type="dxa" w:w="69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493"/>
          </w:tcPr>
          <w:p/>
        </w:tc>
        <w:tc>
          <w:tcPr>
            <w:tcW w:type="dxa" w:w="69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493"/>
          </w:tcPr>
          <w:p/>
        </w:tc>
        <w:tc>
          <w:tcPr>
            <w:tcW w:type="dxa" w:w="69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493"/>
          </w:tcPr>
          <w:p/>
        </w:tc>
        <w:tc>
          <w:tcPr>
            <w:tcW w:type="dxa" w:w="690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Opóźnienie obejmujące dwa półrocza rozbij na osobne wiersze: dla okresu od 1 stycznia do 30 czerwca stosuje się stopę referencyjną z 1 stycznia, dla okresu od 1 lipca do 31 grudnia stopę z 1 lipca (art. 11b). Odsetki za dzień: kwota × stopa % ÷ 365 (365 dni to założenie wzoru, ustawa nie podaje wzoru na odsetki za dzień). Od 1.07 do 31.12.2026: 13,75% w skali roku, a dla publicznego podmiotu leczniczego 11,75% (M.P. 2026 poz. 642). Odsetek od zaległych odsetek nie doliczaj (art. 482 § 1 KC).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Rekompensata za koszty odzyskiwania należności (art. 10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40 euro: wartość świadczenia pieniężnego nie przekracza 5 000 zł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70 euro: wartość wyższa niż 5 000 zł, ale niższa niż 50 000 zł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100 euro: wartość równa lub wyższa od 50 000 zł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157"/>
        <w:gridCol w:w="1775"/>
        <w:gridCol w:w="986"/>
        <w:gridCol w:w="1775"/>
        <w:gridCol w:w="2170"/>
      </w:tblGrid>
      <w:tr>
        <w:trPr>
          <w:cantSplit/>
        </w:trPr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lub część świadczenia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Wartość świadczenia zł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Euro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Kurs NBP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Rekompensata zł</w:t>
            </w:r>
          </w:p>
        </w:tc>
      </w:tr>
      <w:tr>
        <w:trPr>
          <w:trHeight w:val="481" w:hRule="atLeast"/>
          <w:cantSplit/>
        </w:trPr>
        <w:tc>
          <w:tcPr>
            <w:tcW w:type="dxa" w:w="315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315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315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Kurs: średni kurs euro ogłoszony przez NBP ostatniego dnia roboczego miesiąca poprzedzającego miesiąc, w którym świadczenie pieniężne stało się wymagalne (art. 10 ust. 1a). Rekompensata przysługuje od transakcji handlowej (ust. 3), a przy płatności w częściach od każdej niezapłaconej części (art. 11 ust. 2 pkt 2).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Koszty odzyskiwania ponad rekompensatę (art. 10 ust.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524"/>
        <w:gridCol w:w="2367"/>
        <w:gridCol w:w="1973"/>
      </w:tblGrid>
      <w:tr>
        <w:trPr>
          <w:cantSplit/>
        </w:trPr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kosztu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zł</w:t>
            </w:r>
          </w:p>
        </w:tc>
      </w:tr>
      <w:tr>
        <w:trPr>
          <w:trHeight w:val="481" w:hRule="atLeast"/>
          <w:cantSplit/>
        </w:trPr>
        <w:tc>
          <w:tcPr>
            <w:tcW w:type="dxa" w:w="5524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Podsumowanie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9"/>
        <w:gridCol w:w="1973"/>
        <w:gridCol w:w="1973"/>
      </w:tblGrid>
      <w:tr>
        <w:trPr>
          <w:cantSplit/>
        </w:trPr>
        <w:tc>
          <w:tcPr>
            <w:tcW w:type="dxa" w:w="591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Pozycja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zł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Odsetki do dnia sporządzenia noty (pkt 2)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Rekompensata (pkt 3)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Koszty odzyskiwania ponad rekompensatę (pkt 4)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RAZEM do zapłaty (bez należności głównej)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wierzyciela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Odsetki za dalszy okres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do dnia zapłaty, kwota za dzień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Należność główna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zł, jeżeli niezapłacona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Podpisy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Wierzyciel: wystawił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Dłużnik: uznaję kwoty (data, podpis; pole opcjonalne)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transakcjach handlowych wierzycielowi przysługują bez wezwania odsetki ustawowe za opóźnienie w transakcjach handlowych (art. 7 ust. 1, a gdy dłużnikiem jest podmiot publiczny, art. 8 ust. 1) oraz, od dnia nabycia uprawnienia do tych odsetek, rekompensata za koszty odzyskiwania należności (art. 10 ust. 1). Postanowienia umowy wyłączające lub ograniczające te uprawnienia są nieważne (art. 13 ust. 1). Roszczenie o rekompensatę nie może być zbyte (art. 10 ust. 4). Uznanie roszczenia przez dłużnika przerywa bieg przedawnienia (art. 123 § 1 pkt 2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Odsetkowa Nr ......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