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NOTATKA SŁUŻBOWA Z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zapis zdarzenia, rozmowy lub ustalenia na budowie (przepisy nie wymagają notatki)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Notatka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sporządzenia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lub 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Autor i zdarzenie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Autor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Funkcja i firma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zdarzenia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od–do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obiekt, oś, kondygnacja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Uczestnicy i świadkowie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firma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Rodzaj sprawy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rozmowa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polecenie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przeszkoda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niezgodność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dostawa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uszkodzenie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inne        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Opis faktów (bez ocen, z datą, godziną i oznaczeniem elementów)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Fakty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Ustalenia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2170"/>
        <w:gridCol w:w="1381"/>
        <w:gridCol w:w="1775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ma być zrobione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 kiedy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Potwierdzenie (podpis)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Odesłania i dowody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 w dzienniku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Zdjęcia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numery, liczba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Protokoły i inne dokumenty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Rozdzielnik i potwierdzenie zapoznania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762"/>
        <w:gridCol w:w="1381"/>
        <w:gridCol w:w="217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 i firma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Autor notatki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Przepisy nie wymagają notatki służbowej z budowy. Dokument prywatny sporządzony w formie pisemnej albo elektronicznej stanowi dowód tego, że osoba, która go podpisała, złożyła oświadczenie zawarte w dokumencie (art. 245 KPC). Wiarygodność i moc dowodów sąd ocenia według własnego przekonania (art. 233 § 1 KPC). Notatka nie zastępuje wpisu w dzienniku budowy (art. 47a Prawa budowlanego) ani zawiadomienia inwestora o przeszkodach (art. 651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Notatka Służbowa Z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