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KARTA OCENY RYZYKA ZAWODOWEGO: ELEKTRYK NA BUDOWIE</w:t>
      </w:r>
    </w:p>
    <w:p>
      <w:pPr>
        <w:keepNext w:val="0"/>
        <w:spacing w:before="0" w:after="160" w:line="252" w:lineRule="auto"/>
        <w:jc w:val="center"/>
      </w:pPr>
      <w:r>
        <w:rPr>
          <w:rFonts w:ascii="Arial" w:hAnsi="Arial" w:eastAsia="Arial"/>
          <w:b w:val="0"/>
          <w:i/>
          <w:color w:val="333333"/>
          <w:sz w:val="18"/>
        </w:rPr>
        <w:t>dokumentacja oceny ryzyka (art. 226 Kodeksu pracy, § 39a rozporządzenia w sprawie ogólnych przepisów BHP)</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Karta nr</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oceny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Data następnego przeglądu oceny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Wersja / zmiana nr</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Pracodawca i stanowisko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Pracodawca</w:t>
            </w:r>
          </w:p>
          <w:p>
            <w:pPr>
              <w:keepNext w:val="0"/>
              <w:spacing w:before="0" w:after="0" w:line="240" w:lineRule="auto"/>
            </w:pPr>
            <w:r>
              <w:rPr>
                <w:rFonts w:ascii="Arial" w:hAnsi="Arial" w:eastAsia="Arial"/>
                <w:b w:val="0"/>
                <w:i/>
                <w:color w:val="444444"/>
                <w:sz w:val="14"/>
              </w:rPr>
              <w:t>nazwa i adres</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Stanowisko</w:t>
            </w:r>
          </w:p>
          <w:p>
            <w:pPr>
              <w:keepNext w:val="0"/>
              <w:spacing w:before="0" w:after="0" w:line="240" w:lineRule="auto"/>
            </w:pPr>
            <w:r>
              <w:rPr>
                <w:rFonts w:ascii="Arial" w:hAnsi="Arial" w:eastAsia="Arial"/>
                <w:b w:val="0"/>
                <w:i/>
                <w:color w:val="444444"/>
                <w:sz w:val="14"/>
              </w:rPr>
              <w:t>elektryk na budowie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Budowa lub miejsce pracy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Zadania</w:t>
            </w:r>
          </w:p>
          <w:p>
            <w:pPr>
              <w:keepNext w:val="0"/>
              <w:spacing w:before="0" w:after="0" w:line="240" w:lineRule="auto"/>
            </w:pPr>
            <w:r>
              <w:rPr>
                <w:rFonts w:ascii="Arial" w:hAnsi="Arial" w:eastAsia="Arial"/>
                <w:b w:val="0"/>
                <w:i/>
                <w:color w:val="444444"/>
                <w:sz w:val="14"/>
              </w:rPr>
              <w:t>instalacja tymczasowa budowy, przewody i osprzęt w budynku, rozdzielnice, pomiary</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Maszyny, narzędzia, materiały</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Liczba pracowników na stanowisku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Osoby wymagające szczególnej ochrony</w:t>
            </w:r>
          </w:p>
          <w:p>
            <w:pPr>
              <w:keepNext w:val="0"/>
              <w:spacing w:before="0" w:after="0" w:line="240" w:lineRule="auto"/>
            </w:pPr>
            <w:r>
              <w:rPr>
                <w:rFonts w:ascii="Arial" w:hAnsi="Arial" w:eastAsia="Arial"/>
                <w:b w:val="0"/>
                <w:i/>
                <w:color w:val="444444"/>
                <w:sz w:val="14"/>
              </w:rPr>
              <w:t>tak / nie, kto</w:t>
            </w:r>
          </w:p>
        </w:tc>
        <w:tc>
          <w:tcPr>
            <w:tcW w:type="dxa" w:w="2438"/>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Metoda oceny</w:t>
            </w:r>
          </w:p>
          <w:p>
            <w:pPr>
              <w:keepNext w:val="0"/>
              <w:spacing w:before="0" w:after="0" w:line="240" w:lineRule="auto"/>
            </w:pPr>
            <w:r>
              <w:rPr>
                <w:rFonts w:ascii="Arial" w:hAnsi="Arial" w:eastAsia="Arial"/>
                <w:b w:val="0"/>
                <w:i/>
                <w:color w:val="444444"/>
                <w:sz w:val="14"/>
              </w:rPr>
              <w:t>np. skala trzystopniowa: ryzyko małe, średnie, duże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Zespół oceniający</w:t>
            </w:r>
          </w:p>
          <w:p>
            <w:pPr>
              <w:keepNext w:val="0"/>
              <w:spacing w:before="0" w:after="0" w:line="240" w:lineRule="auto"/>
            </w:pPr>
            <w:r>
              <w:rPr>
                <w:rFonts w:ascii="Arial" w:hAnsi="Arial" w:eastAsia="Arial"/>
                <w:b w:val="0"/>
                <w:i/>
                <w:color w:val="444444"/>
                <w:sz w:val="14"/>
              </w:rPr>
              <w:t>imiona, nazwiska, funkcje</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Zagrożenia i ocena ryzyka</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2959"/>
        <w:gridCol w:w="1677"/>
        <w:gridCol w:w="2269"/>
        <w:gridCol w:w="1085"/>
        <w:gridCol w:w="1874"/>
      </w:tblGrid>
      <w:tr>
        <w:trPr>
          <w:cantSplit/>
        </w:trPr>
        <w:tc>
          <w:tcPr>
            <w:tcW w:type="dxa" w:w="2959"/>
            <w:shd w:val="clear" w:color="auto" w:fill="EFEFEF"/>
          </w:tcPr>
          <w:p>
            <w:pPr>
              <w:keepNext w:val="0"/>
              <w:spacing w:before="0" w:after="0" w:line="240" w:lineRule="auto"/>
              <w:jc w:val="center"/>
            </w:pPr>
            <w:r>
              <w:rPr>
                <w:rFonts w:ascii="Arial" w:hAnsi="Arial" w:eastAsia="Arial"/>
                <w:b/>
                <w:i w:val="0"/>
                <w:sz w:val="16"/>
              </w:rPr>
              <w:t>Zagrożenie i jego źródło</w:t>
            </w:r>
          </w:p>
        </w:tc>
        <w:tc>
          <w:tcPr>
            <w:tcW w:type="dxa" w:w="1677"/>
            <w:shd w:val="clear" w:color="auto" w:fill="EFEFEF"/>
          </w:tcPr>
          <w:p>
            <w:pPr>
              <w:keepNext w:val="0"/>
              <w:spacing w:before="0" w:after="0" w:line="240" w:lineRule="auto"/>
              <w:jc w:val="center"/>
            </w:pPr>
            <w:r>
              <w:rPr>
                <w:rFonts w:ascii="Arial" w:hAnsi="Arial" w:eastAsia="Arial"/>
                <w:b/>
                <w:i w:val="0"/>
                <w:sz w:val="16"/>
              </w:rPr>
              <w:t>Możliwe skutki</w:t>
            </w:r>
          </w:p>
        </w:tc>
        <w:tc>
          <w:tcPr>
            <w:tcW w:type="dxa" w:w="2269"/>
            <w:shd w:val="clear" w:color="auto" w:fill="EFEFEF"/>
          </w:tcPr>
          <w:p>
            <w:pPr>
              <w:keepNext w:val="0"/>
              <w:spacing w:before="0" w:after="0" w:line="240" w:lineRule="auto"/>
              <w:jc w:val="center"/>
            </w:pPr>
            <w:r>
              <w:rPr>
                <w:rFonts w:ascii="Arial" w:hAnsi="Arial" w:eastAsia="Arial"/>
                <w:b/>
                <w:i w:val="0"/>
                <w:sz w:val="16"/>
              </w:rPr>
              <w:t>Stosowane środki ochrony</w:t>
            </w:r>
          </w:p>
        </w:tc>
        <w:tc>
          <w:tcPr>
            <w:tcW w:type="dxa" w:w="1085"/>
            <w:shd w:val="clear" w:color="auto" w:fill="EFEFEF"/>
          </w:tcPr>
          <w:p>
            <w:pPr>
              <w:keepNext w:val="0"/>
              <w:spacing w:before="0" w:after="0" w:line="240" w:lineRule="auto"/>
              <w:jc w:val="center"/>
            </w:pPr>
            <w:r>
              <w:rPr>
                <w:rFonts w:ascii="Arial" w:hAnsi="Arial" w:eastAsia="Arial"/>
                <w:b/>
                <w:i w:val="0"/>
                <w:sz w:val="16"/>
              </w:rPr>
              <w:t>Ryzyko (M / Ś / D)</w:t>
            </w:r>
          </w:p>
        </w:tc>
        <w:tc>
          <w:tcPr>
            <w:tcW w:type="dxa" w:w="1874"/>
            <w:shd w:val="clear" w:color="auto" w:fill="EFEFEF"/>
          </w:tcPr>
          <w:p>
            <w:pPr>
              <w:keepNext w:val="0"/>
              <w:spacing w:before="0" w:after="0" w:line="240" w:lineRule="auto"/>
              <w:jc w:val="center"/>
            </w:pPr>
            <w:r>
              <w:rPr>
                <w:rFonts w:ascii="Arial" w:hAnsi="Arial" w:eastAsia="Arial"/>
                <w:b/>
                <w:i w:val="0"/>
                <w:sz w:val="16"/>
              </w:rPr>
              <w:t>Działania dodatkowe</w:t>
            </w:r>
          </w:p>
        </w:tc>
      </w:tr>
      <w:tr>
        <w:trPr>
          <w:trHeight w:val="481" w:hRule="atLeast"/>
          <w:cantSplit/>
        </w:trPr>
        <w:tc>
          <w:tcPr>
            <w:tcW w:type="dxa" w:w="2959"/>
          </w:tcPr>
          <w:p>
            <w:pPr>
              <w:keepNext w:val="0"/>
              <w:spacing w:before="0" w:after="0" w:line="240" w:lineRule="auto"/>
            </w:pPr>
            <w:r>
              <w:rPr>
                <w:rFonts w:ascii="Arial" w:hAnsi="Arial" w:eastAsia="Arial"/>
                <w:b w:val="0"/>
                <w:i w:val="0"/>
                <w:sz w:val="17"/>
              </w:rPr>
              <w:t>Porażenie prądem przy pracy pod napięciem lub w jego pobliżu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Łuk elektryczny: oparzenia, uraz oczu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Upadek z drabiny lub rusztowania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Pożar od instalacji</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Pył przy bruzdowaniu i wierceniu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Hałas i drgania narzędzi</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Wymuszona pozycja ciała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Skaleczenia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Lista zagrożeń jest przykładem dla tego zawodu. Usuń pozycje, które na Twojej budowie nie występują, dopisz brakujące i dla każdej oceń ryzyko po uwzględnieniu stosowanych środków.</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3. Środki ochrony zbiorowej</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wyłączenie i zabezpieczenie obwodu przed pracą</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rozdzielnice zamknięte przed nieupoważnionymi</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wyłączniki różnicowoprądowe sprawdzane przed pracą</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odciąg pyłu przy bruzdowaniu</w:t>
      </w:r>
    </w:p>
    <w:p>
      <w:pPr>
        <w:keepNext/>
        <w:pBdr>
          <w:bottom w:val="single" w:sz="8" w:space="1" w:color="000000"/>
        </w:pBdr>
        <w:spacing w:before="140" w:after="60" w:line="240" w:lineRule="auto"/>
      </w:pPr>
      <w:r>
        <w:rPr>
          <w:rFonts w:ascii="Arial" w:hAnsi="Arial" w:eastAsia="Arial"/>
          <w:b/>
          <w:i w:val="0"/>
          <w:sz w:val="21"/>
        </w:rPr>
        <w:t>4. Środki ochrony indywidualnej i odzież robocza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sprzęt izolacyjny według rodzaju prac</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okulary ochronne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obuwie ochronne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rękawice ochronne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ochronniki słuchu przy narzędziach udarowych</w:t>
      </w:r>
    </w:p>
    <w:p>
      <w:pPr>
        <w:keepNext/>
        <w:pBdr>
          <w:bottom w:val="single" w:sz="8" w:space="1" w:color="000000"/>
        </w:pBdr>
        <w:spacing w:before="140" w:after="60" w:line="240" w:lineRule="auto"/>
      </w:pPr>
      <w:r>
        <w:rPr>
          <w:rFonts w:ascii="Arial" w:hAnsi="Arial" w:eastAsia="Arial"/>
          <w:b/>
          <w:i w:val="0"/>
          <w:sz w:val="21"/>
        </w:rPr>
        <w:t>5. Wymagania wobec pracownika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świadectwo kwalifikacyjne E, a przy nadzorze D, w zakresie prac</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szkolenie wstępne i okresowe BHP</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aktualne orzeczenie lekarskie</w:t>
      </w:r>
    </w:p>
    <w:p>
      <w:pPr>
        <w:keepNext/>
        <w:pBdr>
          <w:bottom w:val="single" w:sz="8" w:space="1" w:color="000000"/>
        </w:pBdr>
        <w:spacing w:before="140" w:after="60" w:line="240" w:lineRule="auto"/>
      </w:pPr>
      <w:r>
        <w:rPr>
          <w:rFonts w:ascii="Arial" w:hAnsi="Arial" w:eastAsia="Arial"/>
          <w:b/>
          <w:i w:val="0"/>
          <w:sz w:val="21"/>
        </w:rPr>
        <w:t>6. Przepisy szczególne dla stanowiska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podłączanie, sprawdzanie, konserwacja i naprawa instalacji tylko przez osoby z uprawnieniami (§ 54 rozp. o BHP przy robotach budowlanych)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kontrola urządzeń stacjonarnych co miesiąc, izolacji dwa razy w roku (§ 58)</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test wyłącznika różnicowoprądowego przed pracą (§ 59 ust. 1)</w:t>
      </w:r>
    </w:p>
    <w:p>
      <w:pPr>
        <w:keepNext/>
        <w:pBdr>
          <w:bottom w:val="single" w:sz="8" w:space="1" w:color="000000"/>
        </w:pBdr>
        <w:spacing w:before="140" w:after="60" w:line="240" w:lineRule="auto"/>
      </w:pPr>
      <w:r>
        <w:rPr>
          <w:rFonts w:ascii="Arial" w:hAnsi="Arial" w:eastAsia="Arial"/>
          <w:b/>
          <w:i w:val="0"/>
          <w:sz w:val="21"/>
        </w:rPr>
        <w:t>7. Plan działań korygujących</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4340"/>
        <w:gridCol w:w="1973"/>
        <w:gridCol w:w="1381"/>
        <w:gridCol w:w="1578"/>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4340"/>
            <w:shd w:val="clear" w:color="auto" w:fill="EFEFEF"/>
          </w:tcPr>
          <w:p>
            <w:pPr>
              <w:keepNext w:val="0"/>
              <w:spacing w:before="0" w:after="0" w:line="240" w:lineRule="auto"/>
              <w:jc w:val="center"/>
            </w:pPr>
            <w:r>
              <w:rPr>
                <w:rFonts w:ascii="Arial" w:hAnsi="Arial" w:eastAsia="Arial"/>
                <w:b/>
                <w:i w:val="0"/>
                <w:sz w:val="16"/>
              </w:rPr>
              <w:t>Działanie</w:t>
            </w:r>
          </w:p>
        </w:tc>
        <w:tc>
          <w:tcPr>
            <w:tcW w:type="dxa" w:w="1973"/>
            <w:shd w:val="clear" w:color="auto" w:fill="EFEFEF"/>
          </w:tcPr>
          <w:p>
            <w:pPr>
              <w:keepNext w:val="0"/>
              <w:spacing w:before="0" w:after="0" w:line="240" w:lineRule="auto"/>
              <w:jc w:val="center"/>
            </w:pPr>
            <w:r>
              <w:rPr>
                <w:rFonts w:ascii="Arial" w:hAnsi="Arial" w:eastAsia="Arial"/>
                <w:b/>
                <w:i w:val="0"/>
                <w:sz w:val="16"/>
              </w:rPr>
              <w:t>Odpowiedzialny</w:t>
            </w:r>
          </w:p>
        </w:tc>
        <w:tc>
          <w:tcPr>
            <w:tcW w:type="dxa" w:w="1381"/>
            <w:shd w:val="clear" w:color="auto" w:fill="EFEFEF"/>
          </w:tcPr>
          <w:p>
            <w:pPr>
              <w:keepNext w:val="0"/>
              <w:spacing w:before="0" w:after="0" w:line="240" w:lineRule="auto"/>
              <w:jc w:val="center"/>
            </w:pPr>
            <w:r>
              <w:rPr>
                <w:rFonts w:ascii="Arial" w:hAnsi="Arial" w:eastAsia="Arial"/>
                <w:b/>
                <w:i w:val="0"/>
                <w:sz w:val="16"/>
              </w:rPr>
              <w:t>Termin</w:t>
            </w:r>
          </w:p>
        </w:tc>
        <w:tc>
          <w:tcPr>
            <w:tcW w:type="dxa" w:w="1578"/>
            <w:shd w:val="clear" w:color="auto" w:fill="EFEFEF"/>
          </w:tcPr>
          <w:p>
            <w:pPr>
              <w:keepNext w:val="0"/>
              <w:spacing w:before="0" w:after="0" w:line="240" w:lineRule="auto"/>
              <w:jc w:val="center"/>
            </w:pPr>
            <w:r>
              <w:rPr>
                <w:rFonts w:ascii="Arial" w:hAnsi="Arial" w:eastAsia="Arial"/>
                <w:b/>
                <w:i w:val="0"/>
                <w:sz w:val="16"/>
              </w:rPr>
              <w:t>Wykonano (data)</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4340"/>
          </w:tcPr>
          <w:p/>
        </w:tc>
        <w:tc>
          <w:tcPr>
            <w:tcW w:type="dxa" w:w="1973"/>
          </w:tcPr>
          <w:p/>
        </w:tc>
        <w:tc>
          <w:tcPr>
            <w:tcW w:type="dxa" w:w="1381"/>
          </w:tcPr>
          <w:p/>
        </w:tc>
        <w:tc>
          <w:tcPr>
            <w:tcW w:type="dxa" w:w="1578"/>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8. Zapoznanie pracowników z oceną ryzyka</w:t>
      </w:r>
    </w:p>
    <w:p>
      <w:pPr>
        <w:keepNext w:val="0"/>
        <w:spacing w:before="80" w:after="40" w:line="269" w:lineRule="auto"/>
      </w:pPr>
      <w:r>
        <w:rPr>
          <w:rFonts w:ascii="Arial" w:hAnsi="Arial" w:eastAsia="Arial"/>
          <w:b w:val="0"/>
          <w:i w:val="0"/>
          <w:sz w:val="19"/>
        </w:rPr>
        <w:t>Potwierdzam, że zapoznałem(-am) się z oceną ryzyka zawodowego dla mojego stanowiska i z zasadami ochrony przed zagrożeniami.</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3354"/>
        <w:gridCol w:w="1578"/>
        <w:gridCol w:w="1381"/>
        <w:gridCol w:w="2959"/>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3354"/>
            <w:shd w:val="clear" w:color="auto" w:fill="EFEFEF"/>
          </w:tcPr>
          <w:p>
            <w:pPr>
              <w:keepNext w:val="0"/>
              <w:spacing w:before="0" w:after="0" w:line="240" w:lineRule="auto"/>
              <w:jc w:val="center"/>
            </w:pPr>
            <w:r>
              <w:rPr>
                <w:rFonts w:ascii="Arial" w:hAnsi="Arial" w:eastAsia="Arial"/>
                <w:b/>
                <w:i w:val="0"/>
                <w:sz w:val="16"/>
              </w:rPr>
              <w:t>Imię i nazwisko</w:t>
            </w:r>
          </w:p>
        </w:tc>
        <w:tc>
          <w:tcPr>
            <w:tcW w:type="dxa" w:w="1578"/>
            <w:shd w:val="clear" w:color="auto" w:fill="EFEFEF"/>
          </w:tcPr>
          <w:p>
            <w:pPr>
              <w:keepNext w:val="0"/>
              <w:spacing w:before="0" w:after="0" w:line="240" w:lineRule="auto"/>
              <w:jc w:val="center"/>
            </w:pPr>
            <w:r>
              <w:rPr>
                <w:rFonts w:ascii="Arial" w:hAnsi="Arial" w:eastAsia="Arial"/>
                <w:b/>
                <w:i w:val="0"/>
                <w:sz w:val="16"/>
              </w:rPr>
              <w:t>Data</w:t>
            </w:r>
          </w:p>
        </w:tc>
        <w:tc>
          <w:tcPr>
            <w:tcW w:type="dxa" w:w="1381"/>
            <w:shd w:val="clear" w:color="auto" w:fill="EFEFEF"/>
          </w:tcPr>
          <w:p>
            <w:pPr>
              <w:keepNext w:val="0"/>
              <w:spacing w:before="0" w:after="0" w:line="240" w:lineRule="auto"/>
              <w:jc w:val="center"/>
            </w:pPr>
            <w:r>
              <w:rPr>
                <w:rFonts w:ascii="Arial" w:hAnsi="Arial" w:eastAsia="Arial"/>
                <w:b/>
                <w:i w:val="0"/>
                <w:sz w:val="16"/>
              </w:rPr>
              <w:t>Wersja karty</w:t>
            </w:r>
          </w:p>
        </w:tc>
        <w:tc>
          <w:tcPr>
            <w:tcW w:type="dxa" w:w="2959"/>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5.</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6.</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7.</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8.</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9.</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10.</w:t>
            </w:r>
          </w:p>
        </w:tc>
        <w:tc>
          <w:tcPr>
            <w:tcW w:type="dxa" w:w="3354"/>
          </w:tcPr>
          <w:p/>
        </w:tc>
        <w:tc>
          <w:tcPr>
            <w:tcW w:type="dxa" w:w="1578"/>
          </w:tcPr>
          <w:p/>
        </w:tc>
        <w:tc>
          <w:tcPr>
            <w:tcW w:type="dxa" w:w="1381"/>
          </w:tcPr>
          <w:p/>
        </w:tc>
        <w:tc>
          <w:tcPr>
            <w:tcW w:type="dxa" w:w="2959"/>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Ocenę przeprowadził (imię, nazwisko, funkcja)</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Zatwierdził pracodawca lub osoba upoważniona</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Pracodawca ocenia i dokumentuje ryzyko zawodowe związane z wykonywaną pracą, stosuje niezbędne środki profilaktyczne zmniejszające ryzyko oraz informuje pracowników o ryzyku zawodowym i zasadach ochrony przed zagrożeniami (art. 226 Kodeksu pracy, Dz.U. 2026 poz. 1245). Podczas oceny uwzględnia się wszystkie czynniki środowiska pracy występujące przy wykonywanych pracach oraz sposoby wykonywania prac (§ 39a ust. 1 rozporządzenia w sprawie ogólnych przepisów BHP), a dokument potwierdzający ocenę zawiera w szczególności elementy z § 39a ust. 3.</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Oceny Ryzyka Zawodowego: Elektryk Na Budowie</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