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KARTA OCENY RYZYKA ZAWODOWEGO: INSTALATOR SANITARNY</w:t>
      </w:r>
    </w:p>
    <w:p>
      <w:pPr>
        <w:keepNext w:val="0"/>
        <w:spacing w:before="0" w:after="160" w:line="252" w:lineRule="auto"/>
        <w:jc w:val="center"/>
      </w:pPr>
      <w:r>
        <w:rPr>
          <w:rFonts w:ascii="Arial" w:hAnsi="Arial" w:eastAsia="Arial"/>
          <w:b w:val="0"/>
          <w:i/>
          <w:color w:val="333333"/>
          <w:sz w:val="18"/>
        </w:rPr>
        <w:t>dokumentacja oceny ryzyka (art. 226 Kodeksu pracy, § 39a rozporządzenia w sprawie ogólnych przepisów BHP)</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Karta nr</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Data oceny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Data następnego przeglądu oceny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Wersja / zmiana nr</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Pracodawca i stanowisko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Pracodawca</w:t>
            </w:r>
          </w:p>
          <w:p>
            <w:pPr>
              <w:keepNext w:val="0"/>
              <w:spacing w:before="0" w:after="0" w:line="240" w:lineRule="auto"/>
            </w:pPr>
            <w:r>
              <w:rPr>
                <w:rFonts w:ascii="Arial" w:hAnsi="Arial" w:eastAsia="Arial"/>
                <w:b w:val="0"/>
                <w:i/>
                <w:color w:val="444444"/>
                <w:sz w:val="14"/>
              </w:rPr>
              <w:t>nazwa i adres</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Stanowisko</w:t>
            </w:r>
          </w:p>
          <w:p>
            <w:pPr>
              <w:keepNext w:val="0"/>
              <w:spacing w:before="0" w:after="0" w:line="240" w:lineRule="auto"/>
            </w:pPr>
            <w:r>
              <w:rPr>
                <w:rFonts w:ascii="Arial" w:hAnsi="Arial" w:eastAsia="Arial"/>
                <w:b w:val="0"/>
                <w:i/>
                <w:color w:val="444444"/>
                <w:sz w:val="14"/>
              </w:rPr>
              <w:t>instalator sanitarny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Budowa lub miejsce pracy</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Zadania</w:t>
            </w:r>
          </w:p>
          <w:p>
            <w:pPr>
              <w:keepNext w:val="0"/>
              <w:spacing w:before="0" w:after="0" w:line="240" w:lineRule="auto"/>
            </w:pPr>
            <w:r>
              <w:rPr>
                <w:rFonts w:ascii="Arial" w:hAnsi="Arial" w:eastAsia="Arial"/>
                <w:b w:val="0"/>
                <w:i/>
                <w:color w:val="444444"/>
                <w:sz w:val="14"/>
              </w:rPr>
              <w:t>instalacje wodne, kanalizacyjne, grzewcze i gazowe; przyłącza w wykopach; lutowanie i zgrzewanie</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Maszyny, narzędzia, materiały</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Liczba pracowników na stanowisku</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Osoby wymagające szczególnej ochrony</w:t>
            </w:r>
          </w:p>
          <w:p>
            <w:pPr>
              <w:keepNext w:val="0"/>
              <w:spacing w:before="0" w:after="0" w:line="240" w:lineRule="auto"/>
            </w:pPr>
            <w:r>
              <w:rPr>
                <w:rFonts w:ascii="Arial" w:hAnsi="Arial" w:eastAsia="Arial"/>
                <w:b w:val="0"/>
                <w:i/>
                <w:color w:val="444444"/>
                <w:sz w:val="14"/>
              </w:rPr>
              <w:t>tak / nie, kto</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Metoda oceny</w:t>
            </w:r>
          </w:p>
          <w:p>
            <w:pPr>
              <w:keepNext w:val="0"/>
              <w:spacing w:before="0" w:after="0" w:line="240" w:lineRule="auto"/>
            </w:pPr>
            <w:r>
              <w:rPr>
                <w:rFonts w:ascii="Arial" w:hAnsi="Arial" w:eastAsia="Arial"/>
                <w:b w:val="0"/>
                <w:i/>
                <w:color w:val="444444"/>
                <w:sz w:val="14"/>
              </w:rPr>
              <w:t>np. skala trzystopniowa: ryzyko małe, średnie, duże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Zespół oceniający</w:t>
            </w:r>
          </w:p>
          <w:p>
            <w:pPr>
              <w:keepNext w:val="0"/>
              <w:spacing w:before="0" w:after="0" w:line="240" w:lineRule="auto"/>
            </w:pPr>
            <w:r>
              <w:rPr>
                <w:rFonts w:ascii="Arial" w:hAnsi="Arial" w:eastAsia="Arial"/>
                <w:b w:val="0"/>
                <w:i/>
                <w:color w:val="444444"/>
                <w:sz w:val="14"/>
              </w:rPr>
              <w:t>imiona, nazwiska, funkcje</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Zagrożenia i ocena ryzyka</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2959"/>
        <w:gridCol w:w="1677"/>
        <w:gridCol w:w="2269"/>
        <w:gridCol w:w="1085"/>
        <w:gridCol w:w="1874"/>
      </w:tblGrid>
      <w:tr>
        <w:trPr>
          <w:cantSplit/>
        </w:trPr>
        <w:tc>
          <w:tcPr>
            <w:tcW w:type="dxa" w:w="2959"/>
            <w:shd w:val="clear" w:color="auto" w:fill="EFEFEF"/>
          </w:tcPr>
          <w:p>
            <w:pPr>
              <w:keepNext w:val="0"/>
              <w:spacing w:before="0" w:after="0" w:line="240" w:lineRule="auto"/>
              <w:jc w:val="center"/>
            </w:pPr>
            <w:r>
              <w:rPr>
                <w:rFonts w:ascii="Arial" w:hAnsi="Arial" w:eastAsia="Arial"/>
                <w:b/>
                <w:i w:val="0"/>
                <w:sz w:val="16"/>
              </w:rPr>
              <w:t>Zagrożenie i jego źródło</w:t>
            </w:r>
          </w:p>
        </w:tc>
        <w:tc>
          <w:tcPr>
            <w:tcW w:type="dxa" w:w="1677"/>
            <w:shd w:val="clear" w:color="auto" w:fill="EFEFEF"/>
          </w:tcPr>
          <w:p>
            <w:pPr>
              <w:keepNext w:val="0"/>
              <w:spacing w:before="0" w:after="0" w:line="240" w:lineRule="auto"/>
              <w:jc w:val="center"/>
            </w:pPr>
            <w:r>
              <w:rPr>
                <w:rFonts w:ascii="Arial" w:hAnsi="Arial" w:eastAsia="Arial"/>
                <w:b/>
                <w:i w:val="0"/>
                <w:sz w:val="16"/>
              </w:rPr>
              <w:t>Możliwe skutki</w:t>
            </w:r>
          </w:p>
        </w:tc>
        <w:tc>
          <w:tcPr>
            <w:tcW w:type="dxa" w:w="2269"/>
            <w:shd w:val="clear" w:color="auto" w:fill="EFEFEF"/>
          </w:tcPr>
          <w:p>
            <w:pPr>
              <w:keepNext w:val="0"/>
              <w:spacing w:before="0" w:after="0" w:line="240" w:lineRule="auto"/>
              <w:jc w:val="center"/>
            </w:pPr>
            <w:r>
              <w:rPr>
                <w:rFonts w:ascii="Arial" w:hAnsi="Arial" w:eastAsia="Arial"/>
                <w:b/>
                <w:i w:val="0"/>
                <w:sz w:val="16"/>
              </w:rPr>
              <w:t>Stosowane środki ochrony</w:t>
            </w:r>
          </w:p>
        </w:tc>
        <w:tc>
          <w:tcPr>
            <w:tcW w:type="dxa" w:w="1085"/>
            <w:shd w:val="clear" w:color="auto" w:fill="EFEFEF"/>
          </w:tcPr>
          <w:p>
            <w:pPr>
              <w:keepNext w:val="0"/>
              <w:spacing w:before="0" w:after="0" w:line="240" w:lineRule="auto"/>
              <w:jc w:val="center"/>
            </w:pPr>
            <w:r>
              <w:rPr>
                <w:rFonts w:ascii="Arial" w:hAnsi="Arial" w:eastAsia="Arial"/>
                <w:b/>
                <w:i w:val="0"/>
                <w:sz w:val="16"/>
              </w:rPr>
              <w:t>Ryzyko (M / Ś / D)</w:t>
            </w:r>
          </w:p>
        </w:tc>
        <w:tc>
          <w:tcPr>
            <w:tcW w:type="dxa" w:w="1874"/>
            <w:shd w:val="clear" w:color="auto" w:fill="EFEFEF"/>
          </w:tcPr>
          <w:p>
            <w:pPr>
              <w:keepNext w:val="0"/>
              <w:spacing w:before="0" w:after="0" w:line="240" w:lineRule="auto"/>
              <w:jc w:val="center"/>
            </w:pPr>
            <w:r>
              <w:rPr>
                <w:rFonts w:ascii="Arial" w:hAnsi="Arial" w:eastAsia="Arial"/>
                <w:b/>
                <w:i w:val="0"/>
                <w:sz w:val="16"/>
              </w:rPr>
              <w:t>Działania dodatkowe</w:t>
            </w:r>
          </w:p>
        </w:tc>
      </w:tr>
      <w:tr>
        <w:trPr>
          <w:trHeight w:val="481" w:hRule="atLeast"/>
          <w:cantSplit/>
        </w:trPr>
        <w:tc>
          <w:tcPr>
            <w:tcW w:type="dxa" w:w="2959"/>
          </w:tcPr>
          <w:p>
            <w:pPr>
              <w:keepNext w:val="0"/>
              <w:spacing w:before="0" w:after="0" w:line="240" w:lineRule="auto"/>
            </w:pPr>
            <w:r>
              <w:rPr>
                <w:rFonts w:ascii="Arial" w:hAnsi="Arial" w:eastAsia="Arial"/>
                <w:b w:val="0"/>
                <w:i w:val="0"/>
                <w:sz w:val="17"/>
              </w:rPr>
              <w:t>Osunięcie ściany wykopu przy przyłączach</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Praca w studniach i kanałach: brak tlenu, gazy</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Oparzenia przy lutowaniu i zgrzewaniu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Pożar przy pracy palnikiem</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Porażenie przy elektronarzędziach</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Pył przy bruzdowaniu</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pPr>
              <w:keepNext w:val="0"/>
              <w:spacing w:before="0" w:after="0" w:line="240" w:lineRule="auto"/>
            </w:pPr>
            <w:r>
              <w:rPr>
                <w:rFonts w:ascii="Arial" w:hAnsi="Arial" w:eastAsia="Arial"/>
                <w:b w:val="0"/>
                <w:i w:val="0"/>
                <w:sz w:val="17"/>
              </w:rPr>
              <w:t>Wymuszona pozycja ciała</w:t>
            </w: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r>
        <w:trPr>
          <w:trHeight w:val="481" w:hRule="atLeast"/>
          <w:cantSplit/>
        </w:trPr>
        <w:tc>
          <w:tcPr>
            <w:tcW w:type="dxa" w:w="2959"/>
          </w:tcPr>
          <w:p/>
        </w:tc>
        <w:tc>
          <w:tcPr>
            <w:tcW w:type="dxa" w:w="1677"/>
          </w:tcPr>
          <w:p/>
        </w:tc>
        <w:tc>
          <w:tcPr>
            <w:tcW w:type="dxa" w:w="2269"/>
          </w:tcPr>
          <w:p/>
        </w:tc>
        <w:tc>
          <w:tcPr>
            <w:tcW w:type="dxa" w:w="1085"/>
          </w:tcPr>
          <w:p/>
        </w:tc>
        <w:tc>
          <w:tcPr>
            <w:tcW w:type="dxa" w:w="1874"/>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Lista zagrożeń jest przykładem dla tego zawodu. Usuń pozycje, które na Twojej budowie nie występują, dopisz brakujące i dla każdej oceń ryzyko po uwzględnieniu stosowanych środków.</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3. Środki ochrony zbiorowej</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zabezpieczenie ścian wykopu, zejścia co najwyżej co 20 m</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wentylacja i asekuracja przy pracy w studniach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usunięcie materiałów palnych przy palniku, gaśnica</w:t>
      </w:r>
    </w:p>
    <w:p>
      <w:pPr>
        <w:keepNext/>
        <w:pBdr>
          <w:bottom w:val="single" w:sz="8" w:space="1" w:color="000000"/>
        </w:pBdr>
        <w:spacing w:before="140" w:after="60" w:line="240" w:lineRule="auto"/>
      </w:pPr>
      <w:r>
        <w:rPr>
          <w:rFonts w:ascii="Arial" w:hAnsi="Arial" w:eastAsia="Arial"/>
          <w:b/>
          <w:i w:val="0"/>
          <w:sz w:val="21"/>
        </w:rPr>
        <w:t>4. Środki ochrony indywidualnej i odzież robocza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hełm ochronny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rękawice ochronne i do prac gorących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okulary ochronne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obuwie ochronne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szelki z liną ratunkową przy wejściu do studni</w:t>
      </w:r>
    </w:p>
    <w:p>
      <w:pPr>
        <w:keepNext/>
        <w:pBdr>
          <w:bottom w:val="single" w:sz="8" w:space="1" w:color="000000"/>
        </w:pBdr>
        <w:spacing w:before="140" w:after="60" w:line="240" w:lineRule="auto"/>
      </w:pPr>
      <w:r>
        <w:rPr>
          <w:rFonts w:ascii="Arial" w:hAnsi="Arial" w:eastAsia="Arial"/>
          <w:b/>
          <w:i w:val="0"/>
          <w:sz w:val="21"/>
        </w:rPr>
        <w:t>5. Wymagania wobec pracownika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szkolenie wstępne i okresowe BHP</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aktualne orzeczenie lekarskie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świadectwo kwalifikacyjne G przy instalacjach gazowych, jeśli dotyczy</w:t>
      </w:r>
    </w:p>
    <w:p>
      <w:pPr>
        <w:keepNext/>
        <w:pBdr>
          <w:bottom w:val="single" w:sz="8" w:space="1" w:color="000000"/>
        </w:pBdr>
        <w:spacing w:before="140" w:after="60" w:line="240" w:lineRule="auto"/>
      </w:pPr>
      <w:r>
        <w:rPr>
          <w:rFonts w:ascii="Arial" w:hAnsi="Arial" w:eastAsia="Arial"/>
          <w:b/>
          <w:i w:val="0"/>
          <w:sz w:val="21"/>
        </w:rPr>
        <w:t>6. Przepisy szczególne dla stanowiska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wykop bez umocnień tylko do 1 m w gruntach zwartych, zejścia przy głębokości ponad 1 m (§ 147 i § 151 rozp. o BHP przy robotach budowlanych)</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wentylacja, droga ewakuacji i zabezpieczenia elektryczne w studniach i kanałach (§ 164)</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butle i przewody do spawania i lutowania gazowego według § 224–228</w:t>
      </w:r>
    </w:p>
    <w:p>
      <w:pPr>
        <w:keepNext/>
        <w:pBdr>
          <w:bottom w:val="single" w:sz="8" w:space="1" w:color="000000"/>
        </w:pBdr>
        <w:spacing w:before="140" w:after="60" w:line="240" w:lineRule="auto"/>
      </w:pPr>
      <w:r>
        <w:rPr>
          <w:rFonts w:ascii="Arial" w:hAnsi="Arial" w:eastAsia="Arial"/>
          <w:b/>
          <w:i w:val="0"/>
          <w:sz w:val="21"/>
        </w:rPr>
        <w:t>7. Plan działań korygujących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4340"/>
        <w:gridCol w:w="1973"/>
        <w:gridCol w:w="1381"/>
        <w:gridCol w:w="1578"/>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4340"/>
            <w:shd w:val="clear" w:color="auto" w:fill="EFEFEF"/>
          </w:tcPr>
          <w:p>
            <w:pPr>
              <w:keepNext w:val="0"/>
              <w:spacing w:before="0" w:after="0" w:line="240" w:lineRule="auto"/>
              <w:jc w:val="center"/>
            </w:pPr>
            <w:r>
              <w:rPr>
                <w:rFonts w:ascii="Arial" w:hAnsi="Arial" w:eastAsia="Arial"/>
                <w:b/>
                <w:i w:val="0"/>
                <w:sz w:val="16"/>
              </w:rPr>
              <w:t>Działanie</w:t>
            </w:r>
          </w:p>
        </w:tc>
        <w:tc>
          <w:tcPr>
            <w:tcW w:type="dxa" w:w="1973"/>
            <w:shd w:val="clear" w:color="auto" w:fill="EFEFEF"/>
          </w:tcPr>
          <w:p>
            <w:pPr>
              <w:keepNext w:val="0"/>
              <w:spacing w:before="0" w:after="0" w:line="240" w:lineRule="auto"/>
              <w:jc w:val="center"/>
            </w:pPr>
            <w:r>
              <w:rPr>
                <w:rFonts w:ascii="Arial" w:hAnsi="Arial" w:eastAsia="Arial"/>
                <w:b/>
                <w:i w:val="0"/>
                <w:sz w:val="16"/>
              </w:rPr>
              <w:t>Odpowiedzialny</w:t>
            </w:r>
          </w:p>
        </w:tc>
        <w:tc>
          <w:tcPr>
            <w:tcW w:type="dxa" w:w="1381"/>
            <w:shd w:val="clear" w:color="auto" w:fill="EFEFEF"/>
          </w:tcPr>
          <w:p>
            <w:pPr>
              <w:keepNext w:val="0"/>
              <w:spacing w:before="0" w:after="0" w:line="240" w:lineRule="auto"/>
              <w:jc w:val="center"/>
            </w:pPr>
            <w:r>
              <w:rPr>
                <w:rFonts w:ascii="Arial" w:hAnsi="Arial" w:eastAsia="Arial"/>
                <w:b/>
                <w:i w:val="0"/>
                <w:sz w:val="16"/>
              </w:rPr>
              <w:t>Termin</w:t>
            </w:r>
          </w:p>
        </w:tc>
        <w:tc>
          <w:tcPr>
            <w:tcW w:type="dxa" w:w="1578"/>
            <w:shd w:val="clear" w:color="auto" w:fill="EFEFEF"/>
          </w:tcPr>
          <w:p>
            <w:pPr>
              <w:keepNext w:val="0"/>
              <w:spacing w:before="0" w:after="0" w:line="240" w:lineRule="auto"/>
              <w:jc w:val="center"/>
            </w:pPr>
            <w:r>
              <w:rPr>
                <w:rFonts w:ascii="Arial" w:hAnsi="Arial" w:eastAsia="Arial"/>
                <w:b/>
                <w:i w:val="0"/>
                <w:sz w:val="16"/>
              </w:rPr>
              <w:t>Wykonano (data)</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4340"/>
          </w:tcPr>
          <w:p/>
        </w:tc>
        <w:tc>
          <w:tcPr>
            <w:tcW w:type="dxa" w:w="1973"/>
          </w:tcPr>
          <w:p/>
        </w:tc>
        <w:tc>
          <w:tcPr>
            <w:tcW w:type="dxa" w:w="1381"/>
          </w:tcPr>
          <w:p/>
        </w:tc>
        <w:tc>
          <w:tcPr>
            <w:tcW w:type="dxa" w:w="1578"/>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4340"/>
          </w:tcPr>
          <w:p/>
        </w:tc>
        <w:tc>
          <w:tcPr>
            <w:tcW w:type="dxa" w:w="1973"/>
          </w:tcPr>
          <w:p/>
        </w:tc>
        <w:tc>
          <w:tcPr>
            <w:tcW w:type="dxa" w:w="1381"/>
          </w:tcPr>
          <w:p/>
        </w:tc>
        <w:tc>
          <w:tcPr>
            <w:tcW w:type="dxa" w:w="1578"/>
          </w:tcP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8. Zapoznanie pracowników z oceną ryzyka</w:t>
      </w:r>
    </w:p>
    <w:p>
      <w:pPr>
        <w:keepNext w:val="0"/>
        <w:spacing w:before="80" w:after="40" w:line="269" w:lineRule="auto"/>
      </w:pPr>
      <w:r>
        <w:rPr>
          <w:rFonts w:ascii="Arial" w:hAnsi="Arial" w:eastAsia="Arial"/>
          <w:b w:val="0"/>
          <w:i w:val="0"/>
          <w:sz w:val="19"/>
        </w:rPr>
        <w:t>Potwierdzam, że zapoznałem(-am) się z oceną ryzyka zawodowego dla mojego stanowiska i z zasadami ochrony przed zagrożeniami.</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3354"/>
        <w:gridCol w:w="1578"/>
        <w:gridCol w:w="1381"/>
        <w:gridCol w:w="2959"/>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3354"/>
            <w:shd w:val="clear" w:color="auto" w:fill="EFEFEF"/>
          </w:tcPr>
          <w:p>
            <w:pPr>
              <w:keepNext w:val="0"/>
              <w:spacing w:before="0" w:after="0" w:line="240" w:lineRule="auto"/>
              <w:jc w:val="center"/>
            </w:pPr>
            <w:r>
              <w:rPr>
                <w:rFonts w:ascii="Arial" w:hAnsi="Arial" w:eastAsia="Arial"/>
                <w:b/>
                <w:i w:val="0"/>
                <w:sz w:val="16"/>
              </w:rPr>
              <w:t>Imię i nazwisko</w:t>
            </w:r>
          </w:p>
        </w:tc>
        <w:tc>
          <w:tcPr>
            <w:tcW w:type="dxa" w:w="1578"/>
            <w:shd w:val="clear" w:color="auto" w:fill="EFEFEF"/>
          </w:tcPr>
          <w:p>
            <w:pPr>
              <w:keepNext w:val="0"/>
              <w:spacing w:before="0" w:after="0" w:line="240" w:lineRule="auto"/>
              <w:jc w:val="center"/>
            </w:pPr>
            <w:r>
              <w:rPr>
                <w:rFonts w:ascii="Arial" w:hAnsi="Arial" w:eastAsia="Arial"/>
                <w:b/>
                <w:i w:val="0"/>
                <w:sz w:val="16"/>
              </w:rPr>
              <w:t>Data</w:t>
            </w:r>
          </w:p>
        </w:tc>
        <w:tc>
          <w:tcPr>
            <w:tcW w:type="dxa" w:w="1381"/>
            <w:shd w:val="clear" w:color="auto" w:fill="EFEFEF"/>
          </w:tcPr>
          <w:p>
            <w:pPr>
              <w:keepNext w:val="0"/>
              <w:spacing w:before="0" w:after="0" w:line="240" w:lineRule="auto"/>
              <w:jc w:val="center"/>
            </w:pPr>
            <w:r>
              <w:rPr>
                <w:rFonts w:ascii="Arial" w:hAnsi="Arial" w:eastAsia="Arial"/>
                <w:b/>
                <w:i w:val="0"/>
                <w:sz w:val="16"/>
              </w:rPr>
              <w:t>Wersja karty</w:t>
            </w:r>
          </w:p>
        </w:tc>
        <w:tc>
          <w:tcPr>
            <w:tcW w:type="dxa" w:w="2959"/>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5.</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6.</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7.</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8.</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9.</w:t>
            </w:r>
          </w:p>
        </w:tc>
        <w:tc>
          <w:tcPr>
            <w:tcW w:type="dxa" w:w="3354"/>
          </w:tcPr>
          <w:p/>
        </w:tc>
        <w:tc>
          <w:tcPr>
            <w:tcW w:type="dxa" w:w="1578"/>
          </w:tcPr>
          <w:p/>
        </w:tc>
        <w:tc>
          <w:tcPr>
            <w:tcW w:type="dxa" w:w="1381"/>
          </w:tcPr>
          <w:p/>
        </w:tc>
        <w:tc>
          <w:tcPr>
            <w:tcW w:type="dxa" w:w="2959"/>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10.</w:t>
            </w:r>
          </w:p>
        </w:tc>
        <w:tc>
          <w:tcPr>
            <w:tcW w:type="dxa" w:w="3354"/>
          </w:tcPr>
          <w:p/>
        </w:tc>
        <w:tc>
          <w:tcPr>
            <w:tcW w:type="dxa" w:w="1578"/>
          </w:tcPr>
          <w:p/>
        </w:tc>
        <w:tc>
          <w:tcPr>
            <w:tcW w:type="dxa" w:w="1381"/>
          </w:tcPr>
          <w:p/>
        </w:tc>
        <w:tc>
          <w:tcPr>
            <w:tcW w:type="dxa" w:w="2959"/>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Ocenę przeprowadził (imię, nazwisko, funkcja)</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Zatwierdził pracodawca lub osoba upoważniona</w:t>
            </w: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Pracodawca ocenia i dokumentuje ryzyko zawodowe związane z wykonywaną pracą, stosuje niezbędne środki profilaktyczne zmniejszające ryzyko oraz informuje pracowników o ryzyku zawodowym i zasadach ochrony przed zagrożeniami (art. 226 Kodeksu pracy, Dz.U. 2026 poz. 1245). Podczas oceny uwzględnia się wszystkie czynniki środowiska pracy występujące przy wykonywanych pracach oraz sposoby wykonywania prac (§ 39a ust. 1 rozporządzenia w sprawie ogólnych przepisów BHP), a dokument potwierdzający ocenę zawiera w szczególności elementy z § 39a ust. 3.</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Oceny Ryzyka Zawodowego: Instalator Sanitarny</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