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OPERATOR ŻURAWIA</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operator żurawia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obsługa żurawia wieżowego lub samojezdnego, podnoszenie i przemieszczanie ładunków</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Spadnięcie ładunku, zerwanie zawiesia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Uderzenie osoby ładunkiem w strefie pracy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Zbliżenie do linii napowietrznej</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Przewrócenie żurawia samojezdnego</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Wiatr i oblodzenie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Wchodzenie do kabiny po drabinie: upadek</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Zmęczenie, praca w pozycji wymuszonej, temperatura w kabinie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tablica znamionowa z udźwigiem (§ 88)</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odległość podwozia od obiektu i stosów co najmniej 0,75 m (§ 89)</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sygnalizator napięcia przy pracy w pobliżu linii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ustalone sygnały z hakowym</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poza kabiną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kamizelka ostrzegawcza poza kabiną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szelki przy wejściu na żurawie wieżowe, jeśli wymaga tego producent</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zaświadczenie kwalifikacyjne UDT dla rodzaju żurawia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 w tym do pracy na wysokości i badania psychotechniczne, jeśli wymagane</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operator ma wymagane kwalifikacje (§ 66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podnoszenia przedmiotów o nieznanej masie, zamrożonych, przy ukośnej linie i pozostawiania ładunku na haku (§ 90)</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ładunek co najmniej 1 m nad przeszkodami, nigdy nad ludźmi (§ 91 i § 92)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odległości od linii napowietrznych do najdalszego punktu żurawia z ładunkiem (§ 55 ust.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 kabinie zimą co najmniej 15°C (§ 87 ust. 2)</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Operator Żurawia</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