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ZBROJARZ</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zbrojarz</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cięcie, gięcie i montaż zbrojenia, wiązanie prętów, odbiór zbrojenia z żurawia</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Zmiażdżenie dłoni w nożycach lub giętarce</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Skaleczenia i przekłucia końcami prętów</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Uderzenie przez odrzucony pręt</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przy chodzeniu po zbrojeniu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Ładunek na haku żurawia nad stanowiskiem</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Dźwiganie prętów i siatek</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Porażenie prądem przy maszynach elektrycznych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Warunki atmosferyczne</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maszyny zbrojarskie w pomieszczeniu lub pod wiatą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stół zbrojarski stabilny, z pomostem termoizolacyjnym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siatka 1 m między stanowiskami po obu stronach stołu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kładki do przejść po zbrojeniu</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odporne na przecięcie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z podnoskiem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ochronny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okulary przy cięciu</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instruktaż z instrukcji BHP nożyc i giętarki</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nożyce ręczne tylko do prętów 20 mm, ręka co najmniej 0,5 m od noża (§ 204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pręty powyżej 20 mm gięte mechanicznie, zbrojenie zakładane przy zatrzymanej tarczy (§ 205)</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zakaz chodzenia po ułożonym zbrojeniu (§ 198 ust. 2)</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Zbrojarz</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