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ODSUNIĘCIE PRACOWNIKA OD PRACY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niedopuszczenie do pracy bez aktualnego orzeczenia lekarskiego lub szkolenia BHP (art. 229 § 4 i art. 237³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Pracownik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Stanowisko, brygada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budowa,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Przyczyna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orzeczenia z badania wstępnego (art. 229 § 1 i § 4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orzeczenie z badania okresowego straciło ważność dnia ..................... (art. 229 § 2 i § 4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orzeczenia z badania kontrolnego po niezdolności do pracy z powodu choroby trwającej ponad 30 dni (art. 229 § 2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orzeczenie stwierdza przeciwwskazania do pracy na tym stanowisku albo nie obejmuje warunków pracy, np. pracy na wysokości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instruktażu ogólnego lub stanowiskowego przed dopuszczeniem do pracy (art. 237³ § 2 KP, § 10 ust. 1 i § 11 ust. 1 rozp. o szkoleniu BHP)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upłynął termin szkolenia okresowego BHP: ..................... (art. 237³ § 2 KP, § 15 rozp. o szkoleniu BHP)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wymaganych kwalifikacji lub uprawnień do tej pracy (art. 237³ § 1 KP): 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Decyzja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Od dnia ..................... godz. ........ nie dopuszczam Pani/Pana do pracy na stanowisku ........................................ do czasu usunięcia przyczyny z pkt 1.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tym czasie pracownik pozostaje do dyspozycji pracodawcy: miejsce i godziny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tym czasie pracownik wykonuje inną pracę, do której ma aktualne orzeczenie i szkolenie: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badanie okresowe lub kontrolne w miarę możliwości w godzinach pracy (art. 229 § 3 KP), szkolenie BHP w czasie pracy (art. 237³ § 3 KP)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Skierowanie na badanie lub szkolenie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Skierowanie na badanie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rodzaj, data wydania (art. 229 § 4a KP)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badania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placówka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Szkolenie BHP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rodzaj: instruktaż ogólny / stanowiskowy / okresowe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szkolenia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prowadzący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Koszt badania i szkolenia ponosi pracodawca (art. 229 § 6, art. 237³ § 3 KP). Za czas badania okresowego lub kontrolnego pracownik zachowuje prawo do wynagrodzenia (art. 229 § 3 KP). Poddawanie się badaniom lekarskim i udział w szkoleniu BHP należą do obowiązków pracownika (art. 211 pkt 1 i 5 KP).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lub osoba upoważniona (podpis)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Pracownik: otrzymałem, w tym skierowanie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Powrót do pracy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Orzeczenie lekarskie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brak przeciwwskazań, data następnego badania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Szkolenie BHP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nr karty lub zaświadczenia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Dopuszczony do pracy od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godzina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Decyzję podjął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Zestawienie dla brygady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170"/>
        <w:gridCol w:w="1775"/>
        <w:gridCol w:w="1183"/>
        <w:gridCol w:w="1578"/>
        <w:gridCol w:w="1183"/>
        <w:gridCol w:w="1479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Przyczyna (pkt 1)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Odsunięty od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Skierowanie / szkolenie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Dopuszczony od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Informacja dla generalnego wykonawcy (gdy dotyczy)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Poinformowano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kierownik budowy / koordynator BHP: imię,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sposób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e-mail, wpis, pismo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nie może dopuścić do pracy pracownika bez aktualnego orzeczenia lekarskiego stwierdzającego brak przeciwwskazań do pracy na określonym stanowisku w warunkach pracy opisanych w skierowaniu na badania lekarskie (art. 229 § 4 KP). Nie wolno dopuścić pracownika do pracy, do której wykonywania nie posiada on wymaganych kwalifikacji lub potrzebnych umiejętności, a także dostatecznej znajomości przepisów oraz zasad BHP; pracodawca jest obowiązany zapewnić przeszkolenie pracownika w zakresie BHP przed dopuszczeniem go do pracy oraz prowadzenie okresowych szkoleń (art. 237³ § 1 i 2 KP). Szkolenie przed dopuszczeniem do pracy nie jest wymagane przy podjęciu pracy na tym samym stanowisku, które pracownik zajmował u tego pracodawcy bezpośrednio przed kolejną umową o pracę (art. 237³ § 2 zdanie drugie).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Odsunięcie Pracownika Od Pracy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