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OFERTA NA WYKONANIE ROBÓT BUDOWLANYCH NR ......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oferta w rozumieniu art. 66 Kodeksu cywilnego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 i data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Dotyczy zapytania ofertowego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numer, data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Oferent i adresat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Oferent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adres, NIP, KRS lub CEIDG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do kontaktu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telefon, e-mail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Adresat (zamawiający)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adres, NIP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po stronie zamawiającego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Przedmiot oferty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Obiekt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adres, nr działki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Rodzaj robót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stan surowy, instalacje, wykończenie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Zakres robót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5919"/>
        <w:gridCol w:w="1775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591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Dokumentacja, na której oparto cenę (projekt, przedmiar, specyfikacje)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/ 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Uwagi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5919"/>
          </w:tcPr>
          <w:p/>
        </w:tc>
        <w:tc>
          <w:tcPr>
            <w:tcW w:type="dxa" w:w="1775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5919"/>
          </w:tcPr>
          <w:p/>
        </w:tc>
        <w:tc>
          <w:tcPr>
            <w:tcW w:type="dxa" w:w="1775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5919"/>
          </w:tcPr>
          <w:p/>
        </w:tc>
        <w:tc>
          <w:tcPr>
            <w:tcW w:type="dxa" w:w="1775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Cena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wynagrodzenie ryczałtowe (art. 632 KC): ......................... zł netto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wynagrodzenie kosztorysowe według cen jednostkowych z kosztorysu ofertowego w załączniku (art. 629–630 KC): szacunkowo ......................... zł netto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4932"/>
        <w:gridCol w:w="2170"/>
        <w:gridCol w:w="2170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493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Element / etap robót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Wartość netto (zł)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VAT (zł)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4932"/>
          </w:tcPr>
          <w:p/>
        </w:tc>
        <w:tc>
          <w:tcPr>
            <w:tcW w:type="dxa" w:w="2170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4932"/>
          </w:tcPr>
          <w:p/>
        </w:tc>
        <w:tc>
          <w:tcPr>
            <w:tcW w:type="dxa" w:w="2170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4932"/>
          </w:tcPr>
          <w:p/>
        </w:tc>
        <w:tc>
          <w:tcPr>
            <w:tcW w:type="dxa" w:w="2170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4932"/>
          </w:tcPr>
          <w:p/>
        </w:tc>
        <w:tc>
          <w:tcPr>
            <w:tcW w:type="dxa" w:w="2170"/>
          </w:tcPr>
          <w:p/>
        </w:tc>
        <w:tc>
          <w:tcPr>
            <w:tcW w:type="dxa" w:w="2170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Razem netto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Razem brutto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cena obejmuje: materiały / robociznę / sprzęt / transport / zaplecze / wywóz odpadów (skreśl, co nie dotyczy)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cena nie obejmuje: ...................................................................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Terminy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Rozpoczęcie robót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od przekazania frontu robót / data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Zakończenie robót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Etapy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według harmonogramu w załączniku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Warunki rozpoczęcia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zaliczka, gotowy front robót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Płatności i zabezpieczenia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Płatności częściowe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co miesiąc na podstawie protokołu przerobowego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Termin zapłaty faktur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dni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Zaliczka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Kaucja / zabezpieczenie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% i forma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Gwarancja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Okres gwarancji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miesięcy od odbioru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Rękojmia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według KC lub zmieniona w umowie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Warunki dodatkowe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prace nieprzewidziane w zakresie wyceniane osobno, po pisemnym zleceniu przed ich wykonaniem (por. art. 630 § 2 KC)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zmiana dokumentacji po złożeniu oferty uprawnia do aktualizacji ceny i terminu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przed wejściem na budowę oferent przekaże wykaz pracowników i ich dokumenty (badania, szkolenia BHP, uprawnienia)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oferent jako podwykonawca: prosimy o zgłoszenie zakresu robót inwestorowi przed ich rozpoczęciem (art. 647¹ § 1 KC)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Termin związania ofertą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Oferta wiąże do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data albo liczba dni od doręczenia (art. 66 § 2 KC)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Załączniki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kosztorys, harmonogram, referencje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Oferta określa istotne postanowienia umowy o roboty budowlane (art. 66 § 1 KC). Przyjęcie oferty z zastrzeżeniem zmian lub uzupełnień będzie traktowane jako nowa oferta (art. 68 KC). Umowa o roboty budowlane zostanie stwierdzona pismem (art. 648 § 1 KC).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trHeight w:val="850" w:hRule="atLeast"/>
          <w:cantSplit/>
        </w:trPr>
        <w:tc>
          <w:tcPr>
            <w:tcW w:type="dxa" w:w="9865"/>
          </w:tcPr>
          <w:p/>
        </w:tc>
      </w:tr>
      <w:tr>
        <w:trPr>
          <w:cantSplit/>
        </w:trPr>
        <w:tc>
          <w:tcPr>
            <w:tcW w:type="dxa" w:w="9865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Oferent (podpis i pieczątka)</w:t>
            </w:r>
          </w:p>
        </w:tc>
      </w:tr>
    </w:tbl>
    <w:p>
      <w:pPr>
        <w:keepNext w:val="0"/>
        <w:spacing w:before="0" w:after="0" w:line="40" w:lineRule="exact"/>
      </w:pP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Oferta Na Wykonanie Robót Budowlanych Nr ......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