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KIEROWNIKA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 zgodności wykonania obiektu budowlanego i o doprowadzeniu do należytego stanu terenu budowy (art. 57 ust. 1 pkt 2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Obiekt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i adres obiektu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działki, obręb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Pozwolenie na budowę / zgłoszenie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organ, numer,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albo nazwa, adres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Kierownik budowy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uprawnień budowlanych i specjalność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Izba samorządu zawodowego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członkowski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Oświadczenie o zgodności (art. 57 ust. 1 pkt 2 lit. a)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obiekt budowlany opisany w pkt 1 został wykonany zgodnie z projektem budowlanym / warunkami pozwolenia na budowę* oraz przepisami.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nieistotne w stosunku do projektu zostały naniesione w dokumentacji powykonawczej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bez zmian w stosunku do projektu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Pomiary powierzchni użytkowej (art. 57 ust. 1a, budynki mieszkalne)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Informuję, że dokonano pomiarów powierzchni użytkowej budynku i poszczególnych lokali mieszkalnych w sposób zgodny z przepisami wydanymi na podstawie art. 34 ust. 6 pkt 1 Prawa budowlanego.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Powierzchnia użytkowa budynku (m²)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lokali mieszkalnych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Oświadczenie o uporządkowaniu terenu (art. 57 ust. 1 pkt 2 lit. b)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teren budowy został doprowadzony do należytego stanu i porządku, a także: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korzystano z drogi, ulicy, sąsiedniej nieruchomości, budynku ani lokalu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korzystano z: ........................ i zostały one doprowadzone do należytego stanu i porządku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(podpis i pieczęć)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* niepotrzebne skreślić. Oświadczenie jest załącznikiem do zawiadomienia o zakończeniu budowy albo wniosku o pozwolenie na użytkowanie (art. 57 ust. 1 Prawa budowlanego, Dz.U. 2026 poz. 524). Kierownik budowy przekazuje je inwestorowi w ramach obowiązków przy odbiorze (art. 22 pkt 9).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Kierownika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